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03981C" w14:textId="5C18BA08" w:rsidR="00CF0E8A" w:rsidRPr="005606FD" w:rsidRDefault="005D21EE">
      <w:pPr>
        <w:pStyle w:val="KonuBal"/>
        <w:rPr>
          <w:rFonts w:ascii="Times New Roman" w:hAnsi="Times New Roman" w:cs="Times New Roman"/>
          <w:b/>
          <w:color w:val="auto"/>
          <w:sz w:val="24"/>
          <w:szCs w:val="24"/>
          <w:lang w:val="tr-TR"/>
        </w:rPr>
      </w:pPr>
      <w:r w:rsidRPr="005606FD">
        <w:rPr>
          <w:rFonts w:ascii="Times New Roman" w:hAnsi="Times New Roman" w:cs="Times New Roman"/>
          <w:b/>
          <w:color w:val="auto"/>
          <w:sz w:val="24"/>
          <w:szCs w:val="24"/>
          <w:lang w:val="tr-TR"/>
        </w:rPr>
        <w:t xml:space="preserve">Meslek Yüksekokulu Bilim Şenliği Proje Değerlendirme </w:t>
      </w:r>
      <w:r w:rsidR="008275F3" w:rsidRPr="005606FD">
        <w:rPr>
          <w:rFonts w:ascii="Times New Roman" w:hAnsi="Times New Roman" w:cs="Times New Roman"/>
          <w:b/>
          <w:color w:val="auto"/>
          <w:sz w:val="24"/>
          <w:szCs w:val="24"/>
          <w:lang w:val="tr-TR"/>
        </w:rPr>
        <w:t>Kriterleri</w:t>
      </w:r>
      <w:r w:rsidRPr="005606FD">
        <w:rPr>
          <w:rFonts w:ascii="Times New Roman" w:hAnsi="Times New Roman" w:cs="Times New Roman"/>
          <w:b/>
          <w:color w:val="auto"/>
          <w:sz w:val="24"/>
          <w:szCs w:val="24"/>
          <w:lang w:val="tr-TR"/>
        </w:rPr>
        <w:t xml:space="preserve"> </w:t>
      </w:r>
    </w:p>
    <w:p w14:paraId="31BE2106" w14:textId="32805F07" w:rsidR="00C22008" w:rsidRDefault="005D21EE" w:rsidP="00E57FC4">
      <w:pPr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5606FD">
        <w:rPr>
          <w:rFonts w:ascii="Times New Roman" w:hAnsi="Times New Roman" w:cs="Times New Roman"/>
          <w:sz w:val="24"/>
          <w:szCs w:val="24"/>
          <w:lang w:val="tr-TR"/>
        </w:rPr>
        <w:t xml:space="preserve">Bu değerlendirme formu, Meslek Yüksekokulu Bilim Şenliği kapsamında sunulan projelerin içerik, yaygın etki ve yapılabilirlik yönünden değerlendirilmesini amaçlamaktadır. Her bir </w:t>
      </w:r>
      <w:proofErr w:type="gramStart"/>
      <w:r w:rsidRPr="005606FD">
        <w:rPr>
          <w:rFonts w:ascii="Times New Roman" w:hAnsi="Times New Roman" w:cs="Times New Roman"/>
          <w:sz w:val="24"/>
          <w:szCs w:val="24"/>
          <w:lang w:val="tr-TR"/>
        </w:rPr>
        <w:t>kriteri</w:t>
      </w:r>
      <w:proofErr w:type="gramEnd"/>
      <w:r w:rsidRPr="005606FD">
        <w:rPr>
          <w:rFonts w:ascii="Times New Roman" w:hAnsi="Times New Roman" w:cs="Times New Roman"/>
          <w:sz w:val="24"/>
          <w:szCs w:val="24"/>
          <w:lang w:val="tr-TR"/>
        </w:rPr>
        <w:t xml:space="preserve"> dikkatlice inceleyip değerlendiriniz.</w:t>
      </w:r>
      <w:r w:rsidR="0046502A" w:rsidRPr="005606FD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5606FD">
        <w:rPr>
          <w:rFonts w:ascii="Times New Roman" w:hAnsi="Times New Roman" w:cs="Times New Roman"/>
          <w:sz w:val="24"/>
          <w:szCs w:val="24"/>
          <w:lang w:val="tr-TR"/>
        </w:rPr>
        <w:t>(</w:t>
      </w:r>
      <w:r w:rsidR="005606FD" w:rsidRPr="005606FD">
        <w:rPr>
          <w:rFonts w:ascii="Times New Roman" w:hAnsi="Times New Roman" w:cs="Times New Roman"/>
          <w:b/>
          <w:sz w:val="24"/>
          <w:szCs w:val="24"/>
          <w:lang w:val="tr-TR"/>
        </w:rPr>
        <w:t>Her madde 5 puan üzerinden puanlanacaktır.</w:t>
      </w:r>
      <w:r w:rsidR="005606FD">
        <w:rPr>
          <w:rFonts w:ascii="Times New Roman" w:hAnsi="Times New Roman" w:cs="Times New Roman"/>
          <w:sz w:val="24"/>
          <w:szCs w:val="24"/>
          <w:lang w:val="tr-TR"/>
        </w:rPr>
        <w:t>)</w:t>
      </w:r>
    </w:p>
    <w:p w14:paraId="01CA5B26" w14:textId="77777777" w:rsidR="004B7E2E" w:rsidRPr="005606FD" w:rsidRDefault="004B7E2E" w:rsidP="00E57FC4">
      <w:pPr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116B5DB2" w14:textId="52760B53" w:rsidR="00CF0E8A" w:rsidRPr="005606FD" w:rsidRDefault="005D21EE">
      <w:pPr>
        <w:pStyle w:val="Balk2"/>
        <w:rPr>
          <w:rFonts w:ascii="Times New Roman" w:hAnsi="Times New Roman" w:cs="Times New Roman"/>
          <w:bCs w:val="0"/>
          <w:color w:val="auto"/>
          <w:sz w:val="24"/>
          <w:szCs w:val="24"/>
          <w:lang w:val="tr-TR"/>
        </w:rPr>
      </w:pPr>
      <w:r w:rsidRPr="005606FD">
        <w:rPr>
          <w:rFonts w:ascii="Times New Roman" w:hAnsi="Times New Roman" w:cs="Times New Roman"/>
          <w:bCs w:val="0"/>
          <w:color w:val="auto"/>
          <w:sz w:val="24"/>
          <w:szCs w:val="24"/>
          <w:lang w:val="tr-TR"/>
        </w:rPr>
        <w:t>1) PROJENİN İÇERİK VE AKTARIMI</w:t>
      </w:r>
      <w:r w:rsidR="0046502A" w:rsidRPr="005606FD">
        <w:rPr>
          <w:rFonts w:ascii="Times New Roman" w:hAnsi="Times New Roman" w:cs="Times New Roman"/>
          <w:bCs w:val="0"/>
          <w:color w:val="auto"/>
          <w:sz w:val="24"/>
          <w:szCs w:val="24"/>
          <w:lang w:val="tr-TR"/>
        </w:rPr>
        <w:t xml:space="preserve"> (50 puan)</w:t>
      </w:r>
    </w:p>
    <w:p w14:paraId="0AF31A93" w14:textId="47DD4240" w:rsidR="00AB6C4D" w:rsidRPr="005606FD" w:rsidRDefault="00AB6C4D" w:rsidP="00AA227A">
      <w:pPr>
        <w:pStyle w:val="ListeParagraf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tr-TR"/>
        </w:rPr>
      </w:pPr>
      <w:proofErr w:type="spellStart"/>
      <w:r w:rsidRPr="005606FD">
        <w:rPr>
          <w:rFonts w:ascii="Times New Roman" w:hAnsi="Times New Roman" w:cs="Times New Roman"/>
          <w:sz w:val="24"/>
          <w:szCs w:val="24"/>
          <w:lang w:val="tr-TR"/>
        </w:rPr>
        <w:t>Disiplinlerarası</w:t>
      </w:r>
      <w:proofErr w:type="spellEnd"/>
      <w:r w:rsidRPr="005606FD">
        <w:rPr>
          <w:rFonts w:ascii="Times New Roman" w:hAnsi="Times New Roman" w:cs="Times New Roman"/>
          <w:sz w:val="24"/>
          <w:szCs w:val="24"/>
          <w:lang w:val="tr-TR"/>
        </w:rPr>
        <w:t xml:space="preserve"> bilimsel içeriğe sahip mi?</w:t>
      </w:r>
    </w:p>
    <w:p w14:paraId="0E435B0F" w14:textId="7160F4A8" w:rsidR="00AB6C4D" w:rsidRPr="005606FD" w:rsidRDefault="00AB6C4D" w:rsidP="00AA227A">
      <w:pPr>
        <w:pStyle w:val="ListeParagraf"/>
        <w:numPr>
          <w:ilvl w:val="0"/>
          <w:numId w:val="10"/>
        </w:numPr>
        <w:rPr>
          <w:lang w:val="tr-TR"/>
        </w:rPr>
      </w:pPr>
      <w:r w:rsidRPr="005606FD">
        <w:rPr>
          <w:lang w:val="tr-TR"/>
        </w:rPr>
        <w:t>Proje tek bir disipline yönelikse, o disiplinin çeşitli konularını içeren çok sayıda etkinliğe yer verilmiş mi?</w:t>
      </w:r>
    </w:p>
    <w:p w14:paraId="17DB4104" w14:textId="7B43C503" w:rsidR="00AB6C4D" w:rsidRPr="005606FD" w:rsidRDefault="00AB6C4D" w:rsidP="00AA227A">
      <w:pPr>
        <w:pStyle w:val="ListeParagraf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tr-TR"/>
        </w:rPr>
      </w:pPr>
      <w:r w:rsidRPr="005606FD">
        <w:rPr>
          <w:rFonts w:ascii="Times New Roman" w:hAnsi="Times New Roman" w:cs="Times New Roman"/>
          <w:sz w:val="24"/>
          <w:szCs w:val="24"/>
          <w:lang w:val="tr-TR"/>
        </w:rPr>
        <w:t>Hedefler gerçekçi ve açıkça planlanmış mı?</w:t>
      </w:r>
    </w:p>
    <w:p w14:paraId="71EA0CAE" w14:textId="75837E75" w:rsidR="00AB6C4D" w:rsidRPr="005606FD" w:rsidRDefault="00AB6C4D" w:rsidP="00AA227A">
      <w:pPr>
        <w:pStyle w:val="ListeParagraf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tr-TR"/>
        </w:rPr>
      </w:pPr>
      <w:r w:rsidRPr="005606FD">
        <w:rPr>
          <w:rFonts w:ascii="Times New Roman" w:hAnsi="Times New Roman" w:cs="Times New Roman"/>
          <w:sz w:val="24"/>
          <w:szCs w:val="24"/>
          <w:lang w:val="tr-TR"/>
        </w:rPr>
        <w:t>Proje hedef kitlenin düzeyine uygun mu?</w:t>
      </w:r>
    </w:p>
    <w:p w14:paraId="50974989" w14:textId="14F464C4" w:rsidR="00AB6C4D" w:rsidRPr="005606FD" w:rsidRDefault="00AB6C4D" w:rsidP="00AA227A">
      <w:pPr>
        <w:pStyle w:val="ListeParagraf"/>
        <w:numPr>
          <w:ilvl w:val="0"/>
          <w:numId w:val="10"/>
        </w:numPr>
        <w:rPr>
          <w:lang w:val="tr-TR"/>
        </w:rPr>
      </w:pPr>
      <w:r w:rsidRPr="005606FD">
        <w:rPr>
          <w:rFonts w:ascii="Times New Roman" w:hAnsi="Times New Roman" w:cs="Times New Roman"/>
          <w:sz w:val="24"/>
          <w:szCs w:val="24"/>
          <w:lang w:val="tr-TR"/>
        </w:rPr>
        <w:t xml:space="preserve">Proje hedef kitlenin </w:t>
      </w:r>
      <w:r w:rsidRPr="005606FD">
        <w:rPr>
          <w:lang w:val="tr-TR"/>
        </w:rPr>
        <w:t>bilgi ve beceri düzeyini geliştirebilme potansiyeli var mı?</w:t>
      </w:r>
    </w:p>
    <w:p w14:paraId="7ECA8313" w14:textId="43131D63" w:rsidR="00AB6C4D" w:rsidRPr="005606FD" w:rsidRDefault="00AB6C4D" w:rsidP="00AA227A">
      <w:pPr>
        <w:pStyle w:val="ListeParagraf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tr-TR"/>
        </w:rPr>
      </w:pPr>
      <w:r w:rsidRPr="005606FD">
        <w:rPr>
          <w:rFonts w:ascii="Times New Roman" w:hAnsi="Times New Roman" w:cs="Times New Roman"/>
          <w:sz w:val="24"/>
          <w:szCs w:val="24"/>
          <w:lang w:val="tr-TR"/>
        </w:rPr>
        <w:t>Proje etkileşimli mi ve özgün mü?</w:t>
      </w:r>
    </w:p>
    <w:p w14:paraId="4F5B2CBD" w14:textId="0ACDA439" w:rsidR="00AB6C4D" w:rsidRPr="005606FD" w:rsidRDefault="00AB6C4D" w:rsidP="00AA227A">
      <w:pPr>
        <w:pStyle w:val="ListeParagraf"/>
        <w:numPr>
          <w:ilvl w:val="0"/>
          <w:numId w:val="10"/>
        </w:numPr>
        <w:rPr>
          <w:lang w:val="tr-TR"/>
        </w:rPr>
      </w:pPr>
      <w:r w:rsidRPr="005606FD">
        <w:rPr>
          <w:lang w:val="tr-TR"/>
        </w:rPr>
        <w:t>Proje kapsamında kullanılan bilimsel araç / gereçler yeterli ve uygun mu?</w:t>
      </w:r>
    </w:p>
    <w:p w14:paraId="0E21D6FB" w14:textId="35380F0B" w:rsidR="00AB6C4D" w:rsidRPr="005606FD" w:rsidRDefault="00AB6C4D" w:rsidP="00AA227A">
      <w:pPr>
        <w:pStyle w:val="ListeParagraf"/>
        <w:numPr>
          <w:ilvl w:val="0"/>
          <w:numId w:val="10"/>
        </w:numPr>
        <w:rPr>
          <w:lang w:val="tr-TR"/>
        </w:rPr>
      </w:pPr>
      <w:r w:rsidRPr="005606FD">
        <w:rPr>
          <w:lang w:val="tr-TR"/>
        </w:rPr>
        <w:t>Projenin katılımcılara kazandırmayı hedefledikleri ölçülebilir mi?</w:t>
      </w:r>
    </w:p>
    <w:p w14:paraId="42A5FC0D" w14:textId="333E082B" w:rsidR="00AB6C4D" w:rsidRPr="005606FD" w:rsidRDefault="00AB6C4D" w:rsidP="00AA227A">
      <w:pPr>
        <w:pStyle w:val="ListeParagraf"/>
        <w:numPr>
          <w:ilvl w:val="0"/>
          <w:numId w:val="10"/>
        </w:numPr>
        <w:rPr>
          <w:lang w:val="tr-TR"/>
        </w:rPr>
      </w:pPr>
      <w:r w:rsidRPr="005606FD">
        <w:rPr>
          <w:lang w:val="tr-TR"/>
        </w:rPr>
        <w:t>Projede kullanılan araçlar yeterli ve uygun mu?</w:t>
      </w:r>
    </w:p>
    <w:p w14:paraId="6DCC1676" w14:textId="425776FD" w:rsidR="0046502A" w:rsidRPr="005606FD" w:rsidRDefault="0046502A" w:rsidP="0046502A">
      <w:pPr>
        <w:pStyle w:val="ListeParagraf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tr-TR"/>
        </w:rPr>
      </w:pPr>
      <w:r w:rsidRPr="005606FD">
        <w:rPr>
          <w:rFonts w:ascii="Times New Roman" w:hAnsi="Times New Roman" w:cs="Times New Roman"/>
          <w:sz w:val="24"/>
          <w:szCs w:val="24"/>
          <w:lang w:val="tr-TR"/>
        </w:rPr>
        <w:t>Proje ekibi uygun uzmanlığa sahip mi?</w:t>
      </w:r>
    </w:p>
    <w:p w14:paraId="70FAAE2E" w14:textId="7DF6F8AB" w:rsidR="00CF0E8A" w:rsidRPr="005606FD" w:rsidRDefault="005D21EE">
      <w:pPr>
        <w:pStyle w:val="Balk2"/>
        <w:rPr>
          <w:rFonts w:ascii="Times New Roman" w:hAnsi="Times New Roman" w:cs="Times New Roman"/>
          <w:bCs w:val="0"/>
          <w:color w:val="auto"/>
          <w:sz w:val="24"/>
          <w:szCs w:val="24"/>
          <w:lang w:val="tr-TR"/>
        </w:rPr>
      </w:pPr>
      <w:r w:rsidRPr="005606FD">
        <w:rPr>
          <w:rFonts w:ascii="Times New Roman" w:hAnsi="Times New Roman" w:cs="Times New Roman"/>
          <w:bCs w:val="0"/>
          <w:color w:val="auto"/>
          <w:sz w:val="24"/>
          <w:szCs w:val="24"/>
          <w:lang w:val="tr-TR"/>
        </w:rPr>
        <w:t>2) PROJENİN YAYGIN ETKİSİ</w:t>
      </w:r>
      <w:r w:rsidR="0046502A" w:rsidRPr="005606FD">
        <w:rPr>
          <w:rFonts w:ascii="Times New Roman" w:hAnsi="Times New Roman" w:cs="Times New Roman"/>
          <w:bCs w:val="0"/>
          <w:color w:val="auto"/>
          <w:sz w:val="24"/>
          <w:szCs w:val="24"/>
          <w:lang w:val="tr-TR"/>
        </w:rPr>
        <w:t xml:space="preserve"> (25 puan)</w:t>
      </w:r>
    </w:p>
    <w:p w14:paraId="31A235A5" w14:textId="57D87580" w:rsidR="00AB6C4D" w:rsidRPr="005606FD" w:rsidRDefault="00AB6C4D" w:rsidP="00AA227A">
      <w:pPr>
        <w:pStyle w:val="ListeParagraf"/>
        <w:numPr>
          <w:ilvl w:val="0"/>
          <w:numId w:val="11"/>
        </w:numPr>
        <w:rPr>
          <w:lang w:val="tr-TR"/>
        </w:rPr>
      </w:pPr>
      <w:r w:rsidRPr="005606FD">
        <w:rPr>
          <w:lang w:val="tr-TR"/>
        </w:rPr>
        <w:t>Proje tanıtımının yapılması amacıyla etkili bir planlama yapılmış mı?</w:t>
      </w:r>
    </w:p>
    <w:p w14:paraId="2620904F" w14:textId="05431505" w:rsidR="00AB6C4D" w:rsidRPr="005606FD" w:rsidRDefault="00AB6C4D" w:rsidP="00AA227A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tr-TR"/>
        </w:rPr>
      </w:pPr>
      <w:r w:rsidRPr="005606FD">
        <w:rPr>
          <w:rFonts w:ascii="Times New Roman" w:hAnsi="Times New Roman" w:cs="Times New Roman"/>
          <w:sz w:val="24"/>
          <w:szCs w:val="24"/>
          <w:lang w:val="tr-TR"/>
        </w:rPr>
        <w:t>Toplumda bilim kültürünü yaygınlaştırma potansiyeli var mı?</w:t>
      </w:r>
    </w:p>
    <w:p w14:paraId="798A0527" w14:textId="29D70F85" w:rsidR="00AB6C4D" w:rsidRPr="005606FD" w:rsidRDefault="00AB6C4D" w:rsidP="00AA227A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tr-TR"/>
        </w:rPr>
      </w:pPr>
      <w:r w:rsidRPr="005606FD">
        <w:rPr>
          <w:rFonts w:ascii="Times New Roman" w:hAnsi="Times New Roman" w:cs="Times New Roman"/>
          <w:sz w:val="24"/>
          <w:szCs w:val="24"/>
          <w:lang w:val="tr-TR"/>
        </w:rPr>
        <w:t>Proje geniş kitlelere ulaşabilir mi?</w:t>
      </w:r>
    </w:p>
    <w:p w14:paraId="3A7B2115" w14:textId="3BAF7D4C" w:rsidR="00AB6C4D" w:rsidRPr="005606FD" w:rsidRDefault="00AB6C4D" w:rsidP="00AA227A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tr-TR"/>
        </w:rPr>
      </w:pPr>
      <w:r w:rsidRPr="005606FD">
        <w:rPr>
          <w:rFonts w:ascii="Times New Roman" w:hAnsi="Times New Roman" w:cs="Times New Roman"/>
          <w:sz w:val="24"/>
          <w:szCs w:val="24"/>
          <w:lang w:val="tr-TR"/>
        </w:rPr>
        <w:t>Farklı yaş ve eğitim düzeylerine hitap ediyor mu?</w:t>
      </w:r>
    </w:p>
    <w:p w14:paraId="08F06530" w14:textId="77777777" w:rsidR="00AB6C4D" w:rsidRPr="005606FD" w:rsidRDefault="00AB6C4D" w:rsidP="00AA227A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tr-TR"/>
        </w:rPr>
      </w:pPr>
      <w:r w:rsidRPr="005606FD">
        <w:rPr>
          <w:rFonts w:ascii="Times New Roman" w:hAnsi="Times New Roman" w:cs="Times New Roman"/>
          <w:sz w:val="24"/>
          <w:szCs w:val="24"/>
          <w:lang w:val="tr-TR"/>
        </w:rPr>
        <w:t>Sonuçlar yaygınlaştırılabilir mi?</w:t>
      </w:r>
    </w:p>
    <w:p w14:paraId="56668F38" w14:textId="196D28F0" w:rsidR="00AB6C4D" w:rsidRPr="005606FD" w:rsidRDefault="00AB6C4D" w:rsidP="00AB6C4D">
      <w:pPr>
        <w:rPr>
          <w:rFonts w:ascii="Times New Roman" w:hAnsi="Times New Roman" w:cs="Times New Roman"/>
          <w:b/>
          <w:sz w:val="24"/>
          <w:szCs w:val="24"/>
          <w:lang w:val="tr-TR"/>
        </w:rPr>
      </w:pPr>
      <w:r w:rsidRPr="005606FD">
        <w:rPr>
          <w:rFonts w:ascii="Times New Roman" w:hAnsi="Times New Roman" w:cs="Times New Roman"/>
          <w:b/>
          <w:sz w:val="24"/>
          <w:szCs w:val="24"/>
          <w:lang w:val="tr-TR"/>
        </w:rPr>
        <w:t>3) PROJENİN YAPILABİLİRLİĞİ</w:t>
      </w:r>
      <w:r w:rsidR="0046502A" w:rsidRPr="005606FD">
        <w:rPr>
          <w:rFonts w:ascii="Times New Roman" w:hAnsi="Times New Roman" w:cs="Times New Roman"/>
          <w:b/>
          <w:sz w:val="24"/>
          <w:szCs w:val="24"/>
          <w:lang w:val="tr-TR"/>
        </w:rPr>
        <w:t xml:space="preserve"> (25 puan)</w:t>
      </w:r>
    </w:p>
    <w:p w14:paraId="2585CC09" w14:textId="7B4337CD" w:rsidR="00AB6C4D" w:rsidRPr="005606FD" w:rsidRDefault="00AB6C4D" w:rsidP="00AA227A">
      <w:pPr>
        <w:pStyle w:val="ListeParagraf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tr-TR"/>
        </w:rPr>
      </w:pPr>
      <w:r w:rsidRPr="005606FD">
        <w:rPr>
          <w:rFonts w:ascii="Times New Roman" w:hAnsi="Times New Roman" w:cs="Times New Roman"/>
          <w:sz w:val="24"/>
          <w:szCs w:val="24"/>
          <w:lang w:val="tr-TR"/>
        </w:rPr>
        <w:t xml:space="preserve">Altyapı ve </w:t>
      </w:r>
      <w:proofErr w:type="gramStart"/>
      <w:r w:rsidRPr="005606FD">
        <w:rPr>
          <w:rFonts w:ascii="Times New Roman" w:hAnsi="Times New Roman" w:cs="Times New Roman"/>
          <w:sz w:val="24"/>
          <w:szCs w:val="24"/>
          <w:lang w:val="tr-TR"/>
        </w:rPr>
        <w:t>ekipman</w:t>
      </w:r>
      <w:proofErr w:type="gramEnd"/>
      <w:r w:rsidRPr="005606FD">
        <w:rPr>
          <w:rFonts w:ascii="Times New Roman" w:hAnsi="Times New Roman" w:cs="Times New Roman"/>
          <w:sz w:val="24"/>
          <w:szCs w:val="24"/>
          <w:lang w:val="tr-TR"/>
        </w:rPr>
        <w:t xml:space="preserve"> yeterli mi?</w:t>
      </w:r>
    </w:p>
    <w:p w14:paraId="5CC0A6F0" w14:textId="65CC47D0" w:rsidR="00AB6C4D" w:rsidRPr="005606FD" w:rsidRDefault="00AB6C4D" w:rsidP="00AA227A">
      <w:pPr>
        <w:pStyle w:val="ListeParagraf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tr-TR"/>
        </w:rPr>
      </w:pPr>
      <w:r w:rsidRPr="005606FD">
        <w:rPr>
          <w:rFonts w:ascii="Times New Roman" w:hAnsi="Times New Roman" w:cs="Times New Roman"/>
          <w:sz w:val="24"/>
          <w:szCs w:val="24"/>
          <w:lang w:val="tr-TR"/>
        </w:rPr>
        <w:t>Yönetim ve uygulama planı detaylı mı?</w:t>
      </w:r>
    </w:p>
    <w:p w14:paraId="68EBE18F" w14:textId="3D3641CE" w:rsidR="00AB6C4D" w:rsidRPr="005606FD" w:rsidRDefault="00AB6C4D" w:rsidP="00AA227A">
      <w:pPr>
        <w:pStyle w:val="ListeParagraf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tr-TR"/>
        </w:rPr>
      </w:pPr>
      <w:r w:rsidRPr="005606FD">
        <w:rPr>
          <w:rFonts w:ascii="Times New Roman" w:hAnsi="Times New Roman" w:cs="Times New Roman"/>
          <w:sz w:val="24"/>
          <w:szCs w:val="24"/>
          <w:lang w:val="tr-TR"/>
        </w:rPr>
        <w:t>Risklere karşı önlem alınmış mı?</w:t>
      </w:r>
    </w:p>
    <w:p w14:paraId="65875F90" w14:textId="55CC0099" w:rsidR="00AB6C4D" w:rsidRPr="005606FD" w:rsidRDefault="00AB6C4D" w:rsidP="00AA227A">
      <w:pPr>
        <w:pStyle w:val="ListeParagraf"/>
        <w:numPr>
          <w:ilvl w:val="0"/>
          <w:numId w:val="12"/>
        </w:numPr>
        <w:rPr>
          <w:lang w:val="tr-TR"/>
        </w:rPr>
      </w:pPr>
      <w:r w:rsidRPr="005606FD">
        <w:rPr>
          <w:lang w:val="tr-TR"/>
        </w:rPr>
        <w:t>Risklere karşı hazırlanan B planı uygun mu?</w:t>
      </w:r>
    </w:p>
    <w:p w14:paraId="0E3FC4BA" w14:textId="179CC1F6" w:rsidR="00AB6C4D" w:rsidRPr="005606FD" w:rsidRDefault="00AB6C4D" w:rsidP="00AA227A">
      <w:pPr>
        <w:pStyle w:val="ListeParagraf"/>
        <w:numPr>
          <w:ilvl w:val="0"/>
          <w:numId w:val="12"/>
        </w:numPr>
        <w:rPr>
          <w:lang w:val="tr-TR"/>
        </w:rPr>
      </w:pPr>
      <w:r w:rsidRPr="005606FD">
        <w:rPr>
          <w:lang w:val="tr-TR"/>
        </w:rPr>
        <w:t>Projenin yürütülme sürecine ilişkin yapılan planlama uygun mu?</w:t>
      </w:r>
    </w:p>
    <w:p w14:paraId="64AF46D5" w14:textId="6662BF8D" w:rsidR="00AB6C4D" w:rsidRPr="005606FD" w:rsidRDefault="00AB6C4D" w:rsidP="00AB6C4D">
      <w:pPr>
        <w:rPr>
          <w:lang w:val="tr-TR"/>
        </w:rPr>
      </w:pPr>
    </w:p>
    <w:p w14:paraId="77FF3892" w14:textId="152A3520" w:rsidR="00AA227A" w:rsidRPr="005606FD" w:rsidRDefault="00AA227A" w:rsidP="00AB6C4D">
      <w:pPr>
        <w:rPr>
          <w:lang w:val="tr-TR"/>
        </w:rPr>
      </w:pPr>
    </w:p>
    <w:p w14:paraId="3F35B6CE" w14:textId="77777777" w:rsidR="00AA227A" w:rsidRPr="005606FD" w:rsidRDefault="00AA227A" w:rsidP="00AB6C4D">
      <w:pPr>
        <w:rPr>
          <w:lang w:val="tr-TR"/>
        </w:rPr>
        <w:sectPr w:rsidR="00AA227A" w:rsidRPr="005606FD"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tbl>
      <w:tblPr>
        <w:tblStyle w:val="TabloKlavuzu"/>
        <w:tblpPr w:leftFromText="141" w:rightFromText="141" w:vertAnchor="text" w:horzAnchor="margin" w:tblpY="-551"/>
        <w:tblW w:w="0" w:type="auto"/>
        <w:tblLook w:val="04A0" w:firstRow="1" w:lastRow="0" w:firstColumn="1" w:lastColumn="0" w:noHBand="0" w:noVBand="1"/>
      </w:tblPr>
      <w:tblGrid>
        <w:gridCol w:w="2780"/>
        <w:gridCol w:w="858"/>
        <w:gridCol w:w="828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</w:tblGrid>
      <w:tr w:rsidR="00AA227A" w:rsidRPr="005606FD" w14:paraId="7B57F3EE" w14:textId="68FBD7DC" w:rsidTr="00B720C9">
        <w:trPr>
          <w:trHeight w:val="699"/>
        </w:trPr>
        <w:tc>
          <w:tcPr>
            <w:tcW w:w="2780" w:type="dxa"/>
            <w:vAlign w:val="center"/>
          </w:tcPr>
          <w:p w14:paraId="61B1303A" w14:textId="6F449DD3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lastRenderedPageBreak/>
              <w:t>PROJELER</w:t>
            </w:r>
          </w:p>
        </w:tc>
        <w:tc>
          <w:tcPr>
            <w:tcW w:w="858" w:type="dxa"/>
            <w:vAlign w:val="center"/>
          </w:tcPr>
          <w:p w14:paraId="2A7121BE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65940A31" w14:textId="512847D8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828" w:type="dxa"/>
            <w:vAlign w:val="center"/>
          </w:tcPr>
          <w:p w14:paraId="31FF4BD5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465ED9BA" w14:textId="282A7D31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827" w:type="dxa"/>
            <w:vAlign w:val="center"/>
          </w:tcPr>
          <w:p w14:paraId="011198B2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12CD53C3" w14:textId="6BC14708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827" w:type="dxa"/>
            <w:vAlign w:val="center"/>
          </w:tcPr>
          <w:p w14:paraId="70CEE724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6A1314A9" w14:textId="74608AB4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4</w:t>
            </w:r>
          </w:p>
        </w:tc>
        <w:tc>
          <w:tcPr>
            <w:tcW w:w="827" w:type="dxa"/>
            <w:vAlign w:val="center"/>
          </w:tcPr>
          <w:p w14:paraId="36B60F28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0F014168" w14:textId="565CEDCD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5</w:t>
            </w:r>
          </w:p>
        </w:tc>
        <w:tc>
          <w:tcPr>
            <w:tcW w:w="827" w:type="dxa"/>
            <w:vAlign w:val="center"/>
          </w:tcPr>
          <w:p w14:paraId="461BB234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3E36FCA9" w14:textId="74EAE6D0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6</w:t>
            </w:r>
          </w:p>
        </w:tc>
        <w:tc>
          <w:tcPr>
            <w:tcW w:w="827" w:type="dxa"/>
            <w:vAlign w:val="center"/>
          </w:tcPr>
          <w:p w14:paraId="72A5C0F5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5E87BCFA" w14:textId="03FE59A9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7</w:t>
            </w:r>
          </w:p>
        </w:tc>
        <w:tc>
          <w:tcPr>
            <w:tcW w:w="827" w:type="dxa"/>
            <w:vAlign w:val="center"/>
          </w:tcPr>
          <w:p w14:paraId="4FC25161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1869BE01" w14:textId="246520F8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8</w:t>
            </w:r>
          </w:p>
        </w:tc>
        <w:tc>
          <w:tcPr>
            <w:tcW w:w="827" w:type="dxa"/>
            <w:vAlign w:val="center"/>
          </w:tcPr>
          <w:p w14:paraId="56AE9971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28A36FD6" w14:textId="7BEA4AE1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9</w:t>
            </w:r>
          </w:p>
        </w:tc>
        <w:tc>
          <w:tcPr>
            <w:tcW w:w="827" w:type="dxa"/>
            <w:vAlign w:val="center"/>
          </w:tcPr>
          <w:p w14:paraId="66479D3C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21061A8B" w14:textId="049F6B29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10</w:t>
            </w:r>
          </w:p>
        </w:tc>
        <w:tc>
          <w:tcPr>
            <w:tcW w:w="827" w:type="dxa"/>
            <w:vAlign w:val="center"/>
          </w:tcPr>
          <w:p w14:paraId="72DEB81E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02350A03" w14:textId="6DB4CC5E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11</w:t>
            </w:r>
          </w:p>
        </w:tc>
        <w:tc>
          <w:tcPr>
            <w:tcW w:w="827" w:type="dxa"/>
            <w:vAlign w:val="center"/>
          </w:tcPr>
          <w:p w14:paraId="4C112A7C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47CDBB74" w14:textId="59CBD8C2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12</w:t>
            </w:r>
          </w:p>
        </w:tc>
        <w:tc>
          <w:tcPr>
            <w:tcW w:w="827" w:type="dxa"/>
            <w:vAlign w:val="center"/>
          </w:tcPr>
          <w:p w14:paraId="7C4775D8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2094FFDF" w14:textId="58BDE7E3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13</w:t>
            </w:r>
          </w:p>
        </w:tc>
        <w:tc>
          <w:tcPr>
            <w:tcW w:w="827" w:type="dxa"/>
            <w:vAlign w:val="center"/>
          </w:tcPr>
          <w:p w14:paraId="0875C8A2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0F28C589" w14:textId="1CB40F3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14</w:t>
            </w:r>
          </w:p>
        </w:tc>
      </w:tr>
      <w:tr w:rsidR="00AA227A" w:rsidRPr="005606FD" w14:paraId="66C2F563" w14:textId="2A2EE31A" w:rsidTr="00B720C9">
        <w:trPr>
          <w:trHeight w:val="454"/>
        </w:trPr>
        <w:tc>
          <w:tcPr>
            <w:tcW w:w="2780" w:type="dxa"/>
          </w:tcPr>
          <w:p w14:paraId="48F21397" w14:textId="5F6A0D98" w:rsidR="00AA227A" w:rsidRPr="005606FD" w:rsidRDefault="00AA227A" w:rsidP="004B7E2E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PROJENİN İÇERİK VE AKTARIMI (</w:t>
            </w:r>
            <w:r w:rsidR="004B7E2E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5</w:t>
            </w:r>
            <w:r w:rsidRPr="005606FD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0 puan)</w:t>
            </w:r>
          </w:p>
        </w:tc>
        <w:tc>
          <w:tcPr>
            <w:tcW w:w="858" w:type="dxa"/>
          </w:tcPr>
          <w:p w14:paraId="09E66525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8" w:type="dxa"/>
          </w:tcPr>
          <w:p w14:paraId="3489471B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373F680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42C487E8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8E663E9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993BD22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3CB92DF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43CE66D4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3A86C7DC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FAE133E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342526F0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05390DE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63CB171D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014295FF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AA227A" w:rsidRPr="005606FD" w14:paraId="52BF2490" w14:textId="7280FEAC" w:rsidTr="00B720C9">
        <w:tc>
          <w:tcPr>
            <w:tcW w:w="2780" w:type="dxa"/>
          </w:tcPr>
          <w:p w14:paraId="796C9D67" w14:textId="19C277A3" w:rsidR="00AA227A" w:rsidRPr="005606FD" w:rsidRDefault="004B7E2E" w:rsidP="004B7E2E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PROJENİN YAYGIN ETKİSİ (25</w:t>
            </w:r>
            <w:r w:rsidR="00AA227A" w:rsidRPr="005606FD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 xml:space="preserve"> puan)</w:t>
            </w:r>
          </w:p>
        </w:tc>
        <w:tc>
          <w:tcPr>
            <w:tcW w:w="858" w:type="dxa"/>
          </w:tcPr>
          <w:p w14:paraId="56DF61FE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8" w:type="dxa"/>
          </w:tcPr>
          <w:p w14:paraId="054998AB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4ABC5112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357EF808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1B1C50D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BE156BF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EC99AC0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742AEE4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43216709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37A9869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4135F3AC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4DD1ED51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9B6FEAD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C551155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AA227A" w:rsidRPr="005606FD" w14:paraId="5FE34DD3" w14:textId="4686C597" w:rsidTr="00B720C9">
        <w:tc>
          <w:tcPr>
            <w:tcW w:w="2780" w:type="dxa"/>
          </w:tcPr>
          <w:p w14:paraId="08139B5D" w14:textId="3973208A" w:rsidR="00AA227A" w:rsidRPr="005606FD" w:rsidRDefault="00AA227A" w:rsidP="004B7E2E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PROJENİN YAPILABİLİRLİĞİ (</w:t>
            </w:r>
            <w:r w:rsidR="004B7E2E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25</w:t>
            </w:r>
            <w:r w:rsidRPr="005606FD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 xml:space="preserve"> puan)</w:t>
            </w:r>
          </w:p>
        </w:tc>
        <w:tc>
          <w:tcPr>
            <w:tcW w:w="858" w:type="dxa"/>
          </w:tcPr>
          <w:p w14:paraId="733C0045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8" w:type="dxa"/>
          </w:tcPr>
          <w:p w14:paraId="0DD7ED72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480E8500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0113ED8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3ECFD26C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45C85EC3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32E83D67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28854BD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3598B4C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6D41A871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0AE7DBFC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BEEF96E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3B571848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74B679D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AA227A" w:rsidRPr="005606FD" w14:paraId="244DA0BE" w14:textId="42D2A343" w:rsidTr="00B720C9">
        <w:trPr>
          <w:trHeight w:val="397"/>
        </w:trPr>
        <w:tc>
          <w:tcPr>
            <w:tcW w:w="2780" w:type="dxa"/>
            <w:vAlign w:val="center"/>
          </w:tcPr>
          <w:p w14:paraId="2597C4B3" w14:textId="0109B213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TOPLAM</w:t>
            </w:r>
          </w:p>
        </w:tc>
        <w:tc>
          <w:tcPr>
            <w:tcW w:w="858" w:type="dxa"/>
          </w:tcPr>
          <w:p w14:paraId="4A61C84A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8" w:type="dxa"/>
          </w:tcPr>
          <w:p w14:paraId="7C5537F2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CC95B91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43CA8FCF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03003C5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D0D96FF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0D66AD5A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3714FAC9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A37381A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3702766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0A42163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43A1A8AF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5CE2825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0E6CF02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</w:tbl>
    <w:p w14:paraId="1D6D8EA9" w14:textId="55771DE8" w:rsidR="00AA227A" w:rsidRPr="005606FD" w:rsidRDefault="00AA227A" w:rsidP="00AB6C4D">
      <w:pPr>
        <w:rPr>
          <w:rFonts w:ascii="Times New Roman" w:hAnsi="Times New Roman" w:cs="Times New Roman"/>
          <w:sz w:val="20"/>
          <w:szCs w:val="20"/>
          <w:lang w:val="tr-TR"/>
        </w:rPr>
      </w:pPr>
    </w:p>
    <w:p w14:paraId="55C325EC" w14:textId="77777777" w:rsidR="00AA227A" w:rsidRPr="005606FD" w:rsidRDefault="00AA227A" w:rsidP="00C22008">
      <w:pPr>
        <w:spacing w:after="120"/>
        <w:rPr>
          <w:rFonts w:ascii="Times New Roman" w:hAnsi="Times New Roman" w:cs="Times New Roman"/>
          <w:sz w:val="20"/>
          <w:szCs w:val="20"/>
          <w:lang w:val="tr-TR"/>
        </w:rPr>
      </w:pPr>
    </w:p>
    <w:tbl>
      <w:tblPr>
        <w:tblStyle w:val="TabloKlavuzu"/>
        <w:tblpPr w:leftFromText="141" w:rightFromText="141" w:vertAnchor="text" w:horzAnchor="margin" w:tblpY="-551"/>
        <w:tblW w:w="0" w:type="auto"/>
        <w:tblLook w:val="04A0" w:firstRow="1" w:lastRow="0" w:firstColumn="1" w:lastColumn="0" w:noHBand="0" w:noVBand="1"/>
      </w:tblPr>
      <w:tblGrid>
        <w:gridCol w:w="2780"/>
        <w:gridCol w:w="858"/>
        <w:gridCol w:w="828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</w:tblGrid>
      <w:tr w:rsidR="00AA227A" w:rsidRPr="005606FD" w14:paraId="72C0109F" w14:textId="77777777" w:rsidTr="00B720C9">
        <w:trPr>
          <w:trHeight w:val="699"/>
        </w:trPr>
        <w:tc>
          <w:tcPr>
            <w:tcW w:w="2780" w:type="dxa"/>
            <w:vAlign w:val="center"/>
          </w:tcPr>
          <w:p w14:paraId="43ABA99C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PROJELER</w:t>
            </w:r>
          </w:p>
        </w:tc>
        <w:tc>
          <w:tcPr>
            <w:tcW w:w="858" w:type="dxa"/>
            <w:vAlign w:val="center"/>
          </w:tcPr>
          <w:p w14:paraId="2B968C42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498F7780" w14:textId="3A92A401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15</w:t>
            </w:r>
          </w:p>
        </w:tc>
        <w:tc>
          <w:tcPr>
            <w:tcW w:w="828" w:type="dxa"/>
            <w:vAlign w:val="center"/>
          </w:tcPr>
          <w:p w14:paraId="1FE833D5" w14:textId="775533F5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2A192D0D" w14:textId="717CE7AB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16</w:t>
            </w:r>
          </w:p>
        </w:tc>
        <w:tc>
          <w:tcPr>
            <w:tcW w:w="827" w:type="dxa"/>
            <w:vAlign w:val="center"/>
          </w:tcPr>
          <w:p w14:paraId="22E207D1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5452AA53" w14:textId="231EC673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17</w:t>
            </w:r>
          </w:p>
        </w:tc>
        <w:tc>
          <w:tcPr>
            <w:tcW w:w="827" w:type="dxa"/>
            <w:vAlign w:val="center"/>
          </w:tcPr>
          <w:p w14:paraId="025D2459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4A4816EA" w14:textId="27C1CDB0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18</w:t>
            </w:r>
          </w:p>
        </w:tc>
        <w:tc>
          <w:tcPr>
            <w:tcW w:w="827" w:type="dxa"/>
            <w:vAlign w:val="center"/>
          </w:tcPr>
          <w:p w14:paraId="4AA3EBC5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0D98D077" w14:textId="24AF04BC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19</w:t>
            </w:r>
          </w:p>
        </w:tc>
        <w:tc>
          <w:tcPr>
            <w:tcW w:w="827" w:type="dxa"/>
            <w:vAlign w:val="center"/>
          </w:tcPr>
          <w:p w14:paraId="3A822E49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2F36842E" w14:textId="45006D6F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20</w:t>
            </w:r>
          </w:p>
        </w:tc>
        <w:tc>
          <w:tcPr>
            <w:tcW w:w="827" w:type="dxa"/>
            <w:vAlign w:val="center"/>
          </w:tcPr>
          <w:p w14:paraId="5979B47F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2D0E5989" w14:textId="2E62C430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21</w:t>
            </w:r>
          </w:p>
        </w:tc>
        <w:tc>
          <w:tcPr>
            <w:tcW w:w="827" w:type="dxa"/>
            <w:vAlign w:val="center"/>
          </w:tcPr>
          <w:p w14:paraId="1A8D97BE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450305A0" w14:textId="30200E4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22</w:t>
            </w:r>
          </w:p>
        </w:tc>
        <w:tc>
          <w:tcPr>
            <w:tcW w:w="827" w:type="dxa"/>
            <w:vAlign w:val="center"/>
          </w:tcPr>
          <w:p w14:paraId="1FFBAE68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155E991C" w14:textId="33281A62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23</w:t>
            </w:r>
          </w:p>
        </w:tc>
        <w:tc>
          <w:tcPr>
            <w:tcW w:w="827" w:type="dxa"/>
            <w:vAlign w:val="center"/>
          </w:tcPr>
          <w:p w14:paraId="69248C07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3A1CE5F9" w14:textId="5830771A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24</w:t>
            </w:r>
          </w:p>
        </w:tc>
        <w:tc>
          <w:tcPr>
            <w:tcW w:w="827" w:type="dxa"/>
            <w:vAlign w:val="center"/>
          </w:tcPr>
          <w:p w14:paraId="01AF5DD9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3FAFFFE2" w14:textId="12BF87BC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25</w:t>
            </w:r>
          </w:p>
        </w:tc>
        <w:tc>
          <w:tcPr>
            <w:tcW w:w="827" w:type="dxa"/>
            <w:vAlign w:val="center"/>
          </w:tcPr>
          <w:p w14:paraId="5DF867D4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1DB421FC" w14:textId="1F9C3FF6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26</w:t>
            </w:r>
          </w:p>
        </w:tc>
        <w:tc>
          <w:tcPr>
            <w:tcW w:w="827" w:type="dxa"/>
            <w:vAlign w:val="center"/>
          </w:tcPr>
          <w:p w14:paraId="22887E97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696D299D" w14:textId="3EB67278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27</w:t>
            </w:r>
          </w:p>
        </w:tc>
        <w:tc>
          <w:tcPr>
            <w:tcW w:w="827" w:type="dxa"/>
            <w:vAlign w:val="center"/>
          </w:tcPr>
          <w:p w14:paraId="1BE2662C" w14:textId="77777777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57765C4E" w14:textId="19708E10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28</w:t>
            </w:r>
          </w:p>
        </w:tc>
      </w:tr>
      <w:tr w:rsidR="00AA227A" w:rsidRPr="005606FD" w14:paraId="3B0F385F" w14:textId="77777777" w:rsidTr="00B720C9">
        <w:tc>
          <w:tcPr>
            <w:tcW w:w="2780" w:type="dxa"/>
          </w:tcPr>
          <w:p w14:paraId="42F712AF" w14:textId="6ACD28DC" w:rsidR="00AA227A" w:rsidRPr="005606FD" w:rsidRDefault="00AA227A" w:rsidP="004B7E2E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PROJENİN İÇERİK VE AKTARIMI (</w:t>
            </w:r>
            <w:r w:rsidR="004B7E2E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5</w:t>
            </w:r>
            <w:r w:rsidRPr="005606FD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0 puan)</w:t>
            </w:r>
          </w:p>
        </w:tc>
        <w:tc>
          <w:tcPr>
            <w:tcW w:w="858" w:type="dxa"/>
          </w:tcPr>
          <w:p w14:paraId="1B94A9EE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8" w:type="dxa"/>
          </w:tcPr>
          <w:p w14:paraId="3147C795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9C07AD8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8357088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52AF6DD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C4D2D84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7D7E165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FEE9B43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FC71C54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349684D4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0D728958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E0B9DA7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EAC01B6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47CA6847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AA227A" w:rsidRPr="005606FD" w14:paraId="46D6B784" w14:textId="77777777" w:rsidTr="00B720C9">
        <w:tc>
          <w:tcPr>
            <w:tcW w:w="2780" w:type="dxa"/>
          </w:tcPr>
          <w:p w14:paraId="5A699C6C" w14:textId="6DDFA2E6" w:rsidR="00AA227A" w:rsidRPr="005606FD" w:rsidRDefault="00AA227A" w:rsidP="004B7E2E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PROJENİN YAYGIN ETKİSİ (</w:t>
            </w:r>
            <w:r w:rsidR="004B7E2E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25</w:t>
            </w:r>
            <w:r w:rsidRPr="005606FD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 xml:space="preserve"> puan)</w:t>
            </w:r>
          </w:p>
        </w:tc>
        <w:tc>
          <w:tcPr>
            <w:tcW w:w="858" w:type="dxa"/>
          </w:tcPr>
          <w:p w14:paraId="20A2B3E0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8" w:type="dxa"/>
          </w:tcPr>
          <w:p w14:paraId="1CDB6DA5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90A218B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04B599BB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45D7524E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07D5D17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46924A2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0AF1646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7F6307A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3AAEA93D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99F58CF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11EDA42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7A806BF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4178F05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AA227A" w:rsidRPr="005606FD" w14:paraId="70DC26B0" w14:textId="77777777" w:rsidTr="00B720C9">
        <w:tc>
          <w:tcPr>
            <w:tcW w:w="2780" w:type="dxa"/>
          </w:tcPr>
          <w:p w14:paraId="78D07E1B" w14:textId="4563F8AF" w:rsidR="00AA227A" w:rsidRPr="005606FD" w:rsidRDefault="00AA227A" w:rsidP="004B7E2E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PROJENİN YAPILABİLİRLİĞİ (</w:t>
            </w:r>
            <w:r w:rsidR="004B7E2E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25</w:t>
            </w:r>
            <w:r w:rsidRPr="005606FD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 xml:space="preserve"> puan)</w:t>
            </w:r>
          </w:p>
        </w:tc>
        <w:tc>
          <w:tcPr>
            <w:tcW w:w="858" w:type="dxa"/>
          </w:tcPr>
          <w:p w14:paraId="7182D8C0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8" w:type="dxa"/>
          </w:tcPr>
          <w:p w14:paraId="43C24333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0E98C257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56429AC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3E9F6973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049D42F0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01DA2B8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BF822CB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695B9731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9C41DA5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3B243E4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8E372E6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68BB98C6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FE0DF1C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AA227A" w:rsidRPr="005606FD" w14:paraId="7A4F7637" w14:textId="77777777" w:rsidTr="00B720C9">
        <w:trPr>
          <w:trHeight w:val="397"/>
        </w:trPr>
        <w:tc>
          <w:tcPr>
            <w:tcW w:w="2780" w:type="dxa"/>
            <w:vAlign w:val="center"/>
          </w:tcPr>
          <w:p w14:paraId="4ADC22A0" w14:textId="026B1D20" w:rsidR="00AA227A" w:rsidRPr="005606FD" w:rsidRDefault="00AA227A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TOPLAM</w:t>
            </w:r>
          </w:p>
        </w:tc>
        <w:tc>
          <w:tcPr>
            <w:tcW w:w="858" w:type="dxa"/>
          </w:tcPr>
          <w:p w14:paraId="7A29287E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8" w:type="dxa"/>
          </w:tcPr>
          <w:p w14:paraId="180357D9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34DCCDD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6AB91A7E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A3A364E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064222B6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323A4176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FEE1F2F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6D2F4DAD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4AC3CC93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48BFE70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9AD0321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D5DC6CE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31A0A10E" w14:textId="77777777" w:rsidR="00AA227A" w:rsidRPr="005606FD" w:rsidRDefault="00AA227A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</w:tbl>
    <w:tbl>
      <w:tblPr>
        <w:tblStyle w:val="TabloKlavuzu"/>
        <w:tblpPr w:leftFromText="141" w:rightFromText="141" w:vertAnchor="text" w:horzAnchor="margin" w:tblpY="86"/>
        <w:tblW w:w="0" w:type="auto"/>
        <w:tblLook w:val="04A0" w:firstRow="1" w:lastRow="0" w:firstColumn="1" w:lastColumn="0" w:noHBand="0" w:noVBand="1"/>
      </w:tblPr>
      <w:tblGrid>
        <w:gridCol w:w="2780"/>
        <w:gridCol w:w="858"/>
        <w:gridCol w:w="828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</w:tblGrid>
      <w:tr w:rsidR="00C22008" w:rsidRPr="005606FD" w14:paraId="4FCAF9F4" w14:textId="77777777" w:rsidTr="00B720C9">
        <w:trPr>
          <w:trHeight w:val="699"/>
        </w:trPr>
        <w:tc>
          <w:tcPr>
            <w:tcW w:w="2780" w:type="dxa"/>
            <w:vAlign w:val="center"/>
          </w:tcPr>
          <w:p w14:paraId="4490086F" w14:textId="77777777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PROJELER</w:t>
            </w:r>
          </w:p>
        </w:tc>
        <w:tc>
          <w:tcPr>
            <w:tcW w:w="858" w:type="dxa"/>
            <w:vAlign w:val="center"/>
          </w:tcPr>
          <w:p w14:paraId="64A06A75" w14:textId="77777777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7920E610" w14:textId="33B240F5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29</w:t>
            </w:r>
          </w:p>
        </w:tc>
        <w:tc>
          <w:tcPr>
            <w:tcW w:w="828" w:type="dxa"/>
            <w:vAlign w:val="center"/>
          </w:tcPr>
          <w:p w14:paraId="7E26F2AA" w14:textId="77777777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37385187" w14:textId="2F61D37A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30</w:t>
            </w:r>
          </w:p>
        </w:tc>
        <w:tc>
          <w:tcPr>
            <w:tcW w:w="827" w:type="dxa"/>
            <w:vAlign w:val="center"/>
          </w:tcPr>
          <w:p w14:paraId="069C85EF" w14:textId="77777777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3DCAC5CA" w14:textId="56FAADBC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31</w:t>
            </w:r>
          </w:p>
        </w:tc>
        <w:tc>
          <w:tcPr>
            <w:tcW w:w="827" w:type="dxa"/>
            <w:vAlign w:val="center"/>
          </w:tcPr>
          <w:p w14:paraId="2712B76B" w14:textId="77777777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14133FF7" w14:textId="77EB872F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32</w:t>
            </w:r>
          </w:p>
        </w:tc>
        <w:tc>
          <w:tcPr>
            <w:tcW w:w="827" w:type="dxa"/>
            <w:vAlign w:val="center"/>
          </w:tcPr>
          <w:p w14:paraId="4189B422" w14:textId="77777777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5AD0482D" w14:textId="2621D0AD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33</w:t>
            </w:r>
          </w:p>
        </w:tc>
        <w:tc>
          <w:tcPr>
            <w:tcW w:w="827" w:type="dxa"/>
            <w:vAlign w:val="center"/>
          </w:tcPr>
          <w:p w14:paraId="036DDFA9" w14:textId="77777777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292A0CCB" w14:textId="71A9F5E3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34</w:t>
            </w:r>
          </w:p>
        </w:tc>
        <w:tc>
          <w:tcPr>
            <w:tcW w:w="827" w:type="dxa"/>
            <w:vAlign w:val="center"/>
          </w:tcPr>
          <w:p w14:paraId="4D399CA4" w14:textId="77777777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363B11B3" w14:textId="04570E0C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35</w:t>
            </w:r>
          </w:p>
        </w:tc>
        <w:tc>
          <w:tcPr>
            <w:tcW w:w="827" w:type="dxa"/>
            <w:vAlign w:val="center"/>
          </w:tcPr>
          <w:p w14:paraId="1322DCDE" w14:textId="77777777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3B7FE626" w14:textId="234B4286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36</w:t>
            </w:r>
          </w:p>
        </w:tc>
        <w:tc>
          <w:tcPr>
            <w:tcW w:w="827" w:type="dxa"/>
            <w:vAlign w:val="center"/>
          </w:tcPr>
          <w:p w14:paraId="34AD0DCE" w14:textId="77777777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6DF7750B" w14:textId="6D678E5D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37</w:t>
            </w:r>
          </w:p>
        </w:tc>
        <w:tc>
          <w:tcPr>
            <w:tcW w:w="827" w:type="dxa"/>
            <w:vAlign w:val="center"/>
          </w:tcPr>
          <w:p w14:paraId="495225B3" w14:textId="77777777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6F7D23DC" w14:textId="298AE4BC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38</w:t>
            </w:r>
          </w:p>
        </w:tc>
        <w:tc>
          <w:tcPr>
            <w:tcW w:w="827" w:type="dxa"/>
            <w:vAlign w:val="center"/>
          </w:tcPr>
          <w:p w14:paraId="2ED594FA" w14:textId="77777777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52C0FD95" w14:textId="6A033508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39</w:t>
            </w:r>
          </w:p>
        </w:tc>
        <w:tc>
          <w:tcPr>
            <w:tcW w:w="827" w:type="dxa"/>
            <w:vAlign w:val="center"/>
          </w:tcPr>
          <w:p w14:paraId="50CD10E6" w14:textId="77777777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660E243D" w14:textId="258B9040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40</w:t>
            </w:r>
          </w:p>
        </w:tc>
        <w:tc>
          <w:tcPr>
            <w:tcW w:w="827" w:type="dxa"/>
            <w:vAlign w:val="center"/>
          </w:tcPr>
          <w:p w14:paraId="47912C73" w14:textId="77777777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27630E06" w14:textId="6A0FE8D3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41</w:t>
            </w:r>
          </w:p>
        </w:tc>
        <w:tc>
          <w:tcPr>
            <w:tcW w:w="827" w:type="dxa"/>
            <w:vAlign w:val="center"/>
          </w:tcPr>
          <w:p w14:paraId="1E1DB248" w14:textId="77777777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Proje</w:t>
            </w:r>
          </w:p>
          <w:p w14:paraId="744D2D2C" w14:textId="549D9660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42</w:t>
            </w:r>
          </w:p>
        </w:tc>
      </w:tr>
      <w:tr w:rsidR="00C22008" w:rsidRPr="005606FD" w14:paraId="482CF8AE" w14:textId="77777777" w:rsidTr="00B720C9">
        <w:tc>
          <w:tcPr>
            <w:tcW w:w="2780" w:type="dxa"/>
          </w:tcPr>
          <w:p w14:paraId="193AC0C6" w14:textId="17518C33" w:rsidR="00C22008" w:rsidRPr="005606FD" w:rsidRDefault="00C22008" w:rsidP="004B7E2E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PROJENİN İÇERİK VE AKTARIMI (</w:t>
            </w:r>
            <w:r w:rsidR="004B7E2E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5</w:t>
            </w:r>
            <w:r w:rsidRPr="005606FD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0 puan)</w:t>
            </w:r>
          </w:p>
        </w:tc>
        <w:tc>
          <w:tcPr>
            <w:tcW w:w="858" w:type="dxa"/>
          </w:tcPr>
          <w:p w14:paraId="7E021942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8" w:type="dxa"/>
          </w:tcPr>
          <w:p w14:paraId="318FF50F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AB9127E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9076802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C2DCE80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457B9B3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47BE084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F6115A6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3A885826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BAA714A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4C8E24C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99E6336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C50F426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38B30E00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C22008" w:rsidRPr="005606FD" w14:paraId="212FDA16" w14:textId="77777777" w:rsidTr="00B720C9">
        <w:tc>
          <w:tcPr>
            <w:tcW w:w="2780" w:type="dxa"/>
          </w:tcPr>
          <w:p w14:paraId="270C66C8" w14:textId="33E4D42A" w:rsidR="00C22008" w:rsidRPr="005606FD" w:rsidRDefault="00C22008" w:rsidP="004B7E2E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PROJENİN YAYGIN ETKİSİ (</w:t>
            </w:r>
            <w:r w:rsidR="004B7E2E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25</w:t>
            </w:r>
            <w:r w:rsidRPr="005606FD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 xml:space="preserve"> puan)</w:t>
            </w:r>
          </w:p>
        </w:tc>
        <w:tc>
          <w:tcPr>
            <w:tcW w:w="858" w:type="dxa"/>
          </w:tcPr>
          <w:p w14:paraId="21CFDABB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8" w:type="dxa"/>
          </w:tcPr>
          <w:p w14:paraId="3E06F227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B84A12E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A28217A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0990EE7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ADD75A1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CF686CA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89DE367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C29AF2C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66321322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A14EBC6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FA5DE65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951D63C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39473EA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C22008" w:rsidRPr="005606FD" w14:paraId="0A819C12" w14:textId="77777777" w:rsidTr="00B720C9">
        <w:tc>
          <w:tcPr>
            <w:tcW w:w="2780" w:type="dxa"/>
          </w:tcPr>
          <w:p w14:paraId="5A2F848A" w14:textId="4AD656D7" w:rsidR="00C22008" w:rsidRPr="005606FD" w:rsidRDefault="00C22008" w:rsidP="004B7E2E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PROJENİN YAPILABİLİRLİĞİ (</w:t>
            </w:r>
            <w:r w:rsidR="004B7E2E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25</w:t>
            </w:r>
            <w:bookmarkStart w:id="0" w:name="_GoBack"/>
            <w:bookmarkEnd w:id="0"/>
            <w:r w:rsidRPr="005606FD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 xml:space="preserve"> puan)</w:t>
            </w:r>
          </w:p>
        </w:tc>
        <w:tc>
          <w:tcPr>
            <w:tcW w:w="858" w:type="dxa"/>
          </w:tcPr>
          <w:p w14:paraId="6BFC79B9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8" w:type="dxa"/>
          </w:tcPr>
          <w:p w14:paraId="4FD69502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61F4FA8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A3FC962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6C1D7710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416D7F13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0B0C2DD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38304C49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FEB689C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518E536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71E3FD4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3E83818E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60E00BF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23F8942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  <w:tr w:rsidR="00C22008" w:rsidRPr="005606FD" w14:paraId="2264393F" w14:textId="77777777" w:rsidTr="00B720C9">
        <w:trPr>
          <w:trHeight w:val="397"/>
        </w:trPr>
        <w:tc>
          <w:tcPr>
            <w:tcW w:w="2780" w:type="dxa"/>
            <w:vAlign w:val="center"/>
          </w:tcPr>
          <w:p w14:paraId="0CB8F521" w14:textId="26E099E7" w:rsidR="00C22008" w:rsidRPr="005606FD" w:rsidRDefault="00C22008" w:rsidP="00B720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5606F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TOPLAM</w:t>
            </w:r>
          </w:p>
        </w:tc>
        <w:tc>
          <w:tcPr>
            <w:tcW w:w="858" w:type="dxa"/>
          </w:tcPr>
          <w:p w14:paraId="2EA0A604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8" w:type="dxa"/>
          </w:tcPr>
          <w:p w14:paraId="640DB5AD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CFF9FF6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75A892B4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5F110AC9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BD7A38D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0AAA2C98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3D7D8AED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447796C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1509D71D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358E33D3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B66F9A6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28842089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  <w:tc>
          <w:tcPr>
            <w:tcW w:w="827" w:type="dxa"/>
          </w:tcPr>
          <w:p w14:paraId="6FE0E954" w14:textId="77777777" w:rsidR="00C22008" w:rsidRPr="005606FD" w:rsidRDefault="00C22008" w:rsidP="00B720C9">
            <w:pPr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</w:p>
        </w:tc>
      </w:tr>
    </w:tbl>
    <w:p w14:paraId="213BEF2A" w14:textId="77777777" w:rsidR="00B720C9" w:rsidRPr="005606FD" w:rsidRDefault="00B720C9" w:rsidP="00B720C9">
      <w:pPr>
        <w:rPr>
          <w:rFonts w:ascii="Times New Roman" w:hAnsi="Times New Roman" w:cs="Times New Roman"/>
          <w:sz w:val="24"/>
          <w:szCs w:val="24"/>
          <w:u w:val="single"/>
          <w:lang w:val="tr-TR"/>
        </w:rPr>
      </w:pPr>
    </w:p>
    <w:p w14:paraId="6B75C8C5" w14:textId="77777777" w:rsidR="00B720C9" w:rsidRPr="005606FD" w:rsidRDefault="00B720C9" w:rsidP="00B720C9">
      <w:pPr>
        <w:rPr>
          <w:rFonts w:ascii="Times New Roman" w:hAnsi="Times New Roman" w:cs="Times New Roman"/>
          <w:sz w:val="24"/>
          <w:szCs w:val="24"/>
          <w:u w:val="single"/>
          <w:lang w:val="tr-TR"/>
        </w:rPr>
      </w:pPr>
    </w:p>
    <w:p w14:paraId="24DA1287" w14:textId="64253D21" w:rsidR="00B720C9" w:rsidRPr="005606FD" w:rsidRDefault="00B720C9" w:rsidP="00B720C9">
      <w:pPr>
        <w:ind w:left="9360" w:firstLine="720"/>
        <w:rPr>
          <w:rFonts w:ascii="Times New Roman" w:hAnsi="Times New Roman" w:cs="Times New Roman"/>
          <w:sz w:val="24"/>
          <w:szCs w:val="24"/>
          <w:u w:val="single"/>
          <w:lang w:val="tr-TR"/>
        </w:rPr>
      </w:pPr>
      <w:r w:rsidRPr="005606FD">
        <w:rPr>
          <w:rFonts w:ascii="Times New Roman" w:hAnsi="Times New Roman" w:cs="Times New Roman"/>
          <w:sz w:val="24"/>
          <w:szCs w:val="24"/>
          <w:u w:val="single"/>
          <w:lang w:val="tr-TR"/>
        </w:rPr>
        <w:t>Ad/</w:t>
      </w:r>
      <w:proofErr w:type="spellStart"/>
      <w:r w:rsidRPr="005606FD">
        <w:rPr>
          <w:rFonts w:ascii="Times New Roman" w:hAnsi="Times New Roman" w:cs="Times New Roman"/>
          <w:sz w:val="24"/>
          <w:szCs w:val="24"/>
          <w:u w:val="single"/>
          <w:lang w:val="tr-TR"/>
        </w:rPr>
        <w:t>Soyad</w:t>
      </w:r>
      <w:proofErr w:type="spellEnd"/>
      <w:r w:rsidRPr="005606FD">
        <w:rPr>
          <w:rFonts w:ascii="Times New Roman" w:hAnsi="Times New Roman" w:cs="Times New Roman"/>
          <w:sz w:val="24"/>
          <w:szCs w:val="24"/>
          <w:u w:val="single"/>
          <w:lang w:val="tr-TR"/>
        </w:rPr>
        <w:t>:</w:t>
      </w:r>
    </w:p>
    <w:p w14:paraId="01C09043" w14:textId="6C807D63" w:rsidR="00B720C9" w:rsidRPr="005606FD" w:rsidRDefault="00B720C9" w:rsidP="00B720C9">
      <w:pPr>
        <w:ind w:left="9360" w:firstLine="720"/>
        <w:rPr>
          <w:rFonts w:ascii="Times New Roman" w:hAnsi="Times New Roman" w:cs="Times New Roman"/>
          <w:sz w:val="24"/>
          <w:szCs w:val="24"/>
          <w:u w:val="single"/>
          <w:lang w:val="tr-TR"/>
        </w:rPr>
      </w:pPr>
      <w:r w:rsidRPr="005606FD">
        <w:rPr>
          <w:rFonts w:ascii="Times New Roman" w:hAnsi="Times New Roman" w:cs="Times New Roman"/>
          <w:sz w:val="24"/>
          <w:szCs w:val="24"/>
          <w:u w:val="single"/>
          <w:lang w:val="tr-TR"/>
        </w:rPr>
        <w:t>İmza:</w:t>
      </w:r>
    </w:p>
    <w:sectPr w:rsidR="00B720C9" w:rsidRPr="005606FD" w:rsidSect="00AA227A">
      <w:pgSz w:w="15840" w:h="12240" w:orient="landscape"/>
      <w:pgMar w:top="1134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D8B4BAA"/>
    <w:multiLevelType w:val="hybridMultilevel"/>
    <w:tmpl w:val="EB2C7B5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2C4F7F"/>
    <w:multiLevelType w:val="hybridMultilevel"/>
    <w:tmpl w:val="04D01E2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AD265A"/>
    <w:multiLevelType w:val="hybridMultilevel"/>
    <w:tmpl w:val="EF44BE5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1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55C7F"/>
    <w:rsid w:val="0029639D"/>
    <w:rsid w:val="00316328"/>
    <w:rsid w:val="00326F90"/>
    <w:rsid w:val="0046502A"/>
    <w:rsid w:val="004B7E2E"/>
    <w:rsid w:val="004F0E3E"/>
    <w:rsid w:val="005606FD"/>
    <w:rsid w:val="005D21EE"/>
    <w:rsid w:val="007149AB"/>
    <w:rsid w:val="00797CC2"/>
    <w:rsid w:val="007A7014"/>
    <w:rsid w:val="008275F3"/>
    <w:rsid w:val="00911311"/>
    <w:rsid w:val="00AA1D8D"/>
    <w:rsid w:val="00AA227A"/>
    <w:rsid w:val="00AB6C4D"/>
    <w:rsid w:val="00AF6794"/>
    <w:rsid w:val="00B47730"/>
    <w:rsid w:val="00B6318B"/>
    <w:rsid w:val="00B720C9"/>
    <w:rsid w:val="00C22008"/>
    <w:rsid w:val="00C56265"/>
    <w:rsid w:val="00CB0664"/>
    <w:rsid w:val="00CF0E8A"/>
    <w:rsid w:val="00E57FC4"/>
    <w:rsid w:val="00E64B6C"/>
    <w:rsid w:val="00F10BD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2130C48"/>
  <w14:defaultImageDpi w14:val="300"/>
  <w15:docId w15:val="{2C43A21E-4656-4B91-A4BC-57F9B5A91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Alnt">
    <w:name w:val="Quote"/>
    <w:basedOn w:val="Normal"/>
    <w:next w:val="Normal"/>
    <w:link w:val="AlntChar"/>
    <w:uiPriority w:val="29"/>
    <w:qFormat/>
    <w:rsid w:val="00FC693F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646B2C7-704F-4FA9-A786-13A4ED340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362</Words>
  <Characters>2070</Characters>
  <Application>Microsoft Office Word</Application>
  <DocSecurity>0</DocSecurity>
  <Lines>17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2428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nevu</cp:lastModifiedBy>
  <cp:revision>6</cp:revision>
  <dcterms:created xsi:type="dcterms:W3CDTF">2025-06-15T20:53:00Z</dcterms:created>
  <dcterms:modified xsi:type="dcterms:W3CDTF">2025-06-16T07:59:00Z</dcterms:modified>
  <cp:category/>
</cp:coreProperties>
</file>