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60F2F" w14:textId="77777777" w:rsidR="00F82230" w:rsidRPr="00B06F71" w:rsidRDefault="00F82230" w:rsidP="00F82230">
      <w:pPr>
        <w:jc w:val="center"/>
        <w:rPr>
          <w:rFonts w:ascii="Times New Roman" w:hAnsi="Times New Roman" w:cs="Times New Roman"/>
          <w:b/>
          <w:lang w:val="tr-TR"/>
        </w:rPr>
      </w:pPr>
      <w:r w:rsidRPr="00B06F71">
        <w:rPr>
          <w:rFonts w:ascii="Times New Roman" w:hAnsi="Times New Roman" w:cs="Times New Roman"/>
          <w:lang w:val="tr-TR"/>
        </w:rPr>
        <w:drawing>
          <wp:anchor distT="0" distB="0" distL="114300" distR="114300" simplePos="0" relativeHeight="251658240" behindDoc="0" locked="0" layoutInCell="1" allowOverlap="1" wp14:anchorId="0A7D5C1E" wp14:editId="796B9494">
            <wp:simplePos x="0" y="0"/>
            <wp:positionH relativeFrom="column">
              <wp:posOffset>-19050</wp:posOffset>
            </wp:positionH>
            <wp:positionV relativeFrom="paragraph">
              <wp:posOffset>-171450</wp:posOffset>
            </wp:positionV>
            <wp:extent cx="1133475" cy="1121410"/>
            <wp:effectExtent l="0" t="0" r="9525" b="2540"/>
            <wp:wrapSquare wrapText="bothSides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12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06F71">
        <w:rPr>
          <w:rFonts w:ascii="Times New Roman" w:hAnsi="Times New Roman" w:cs="Times New Roman"/>
          <w:b/>
          <w:lang w:val="tr-TR"/>
        </w:rPr>
        <w:t>NEVŞEHİR HACI BEKTAŞ VELİ ÜNİVERSİTESİ</w:t>
      </w:r>
    </w:p>
    <w:p w14:paraId="7A61F6B8" w14:textId="77777777" w:rsidR="00F82230" w:rsidRPr="00B06F71" w:rsidRDefault="00F82230" w:rsidP="00F82230">
      <w:pPr>
        <w:jc w:val="center"/>
        <w:rPr>
          <w:rFonts w:ascii="Times New Roman" w:hAnsi="Times New Roman" w:cs="Times New Roman"/>
          <w:b/>
          <w:lang w:val="tr-TR"/>
        </w:rPr>
      </w:pPr>
      <w:r w:rsidRPr="00B06F71">
        <w:rPr>
          <w:rFonts w:ascii="Times New Roman" w:hAnsi="Times New Roman" w:cs="Times New Roman"/>
          <w:b/>
          <w:lang w:val="tr-TR"/>
        </w:rPr>
        <w:t>HACIBEKTAŞ TEKNİK BİLİMLER MESLEK YÜKSEKOKULU</w:t>
      </w:r>
    </w:p>
    <w:p w14:paraId="540BDC19" w14:textId="77777777" w:rsidR="001E5504" w:rsidRDefault="001E5504" w:rsidP="001E5504">
      <w:pPr>
        <w:jc w:val="center"/>
        <w:rPr>
          <w:rFonts w:ascii="Times New Roman" w:hAnsi="Times New Roman" w:cs="Times New Roman"/>
          <w:lang w:val="tr-TR"/>
        </w:rPr>
      </w:pPr>
      <w:r w:rsidRPr="00B06F71">
        <w:rPr>
          <w:rFonts w:ascii="Times New Roman" w:hAnsi="Times New Roman" w:cs="Times New Roman"/>
          <w:b/>
          <w:lang w:val="tr-TR"/>
        </w:rPr>
        <w:t>ÖĞRENCİ GÖRÜŞME / DANIŞMANLIK GÖRÜŞME RAPORU (TUTANAĞI)</w:t>
      </w:r>
    </w:p>
    <w:p w14:paraId="4A801806" w14:textId="77777777" w:rsidR="001E5504" w:rsidRDefault="001E5504" w:rsidP="001E5504">
      <w:pPr>
        <w:jc w:val="center"/>
        <w:rPr>
          <w:rFonts w:ascii="Times New Roman" w:hAnsi="Times New Roman" w:cs="Times New Roman"/>
          <w:lang w:val="tr-TR"/>
        </w:rPr>
      </w:pPr>
    </w:p>
    <w:p w14:paraId="26FCCE3C" w14:textId="66078B83" w:rsidR="00BA6784" w:rsidRPr="001E5504" w:rsidRDefault="001E5504" w:rsidP="001E5504">
      <w:pPr>
        <w:rPr>
          <w:rFonts w:ascii="Times New Roman" w:hAnsi="Times New Roman" w:cs="Times New Roman"/>
          <w:u w:val="single"/>
          <w:lang w:val="tr-TR"/>
        </w:rPr>
      </w:pPr>
      <w:r w:rsidRPr="001E5504">
        <w:rPr>
          <w:rFonts w:ascii="Times New Roman" w:hAnsi="Times New Roman" w:cs="Times New Roman"/>
          <w:b/>
          <w:u w:val="single"/>
          <w:lang w:val="tr-TR"/>
        </w:rPr>
        <w:t>1) Görüşme Bilgileri</w:t>
      </w:r>
    </w:p>
    <w:p w14:paraId="21D4606D" w14:textId="06BE900C" w:rsidR="00BA6784" w:rsidRPr="00B06F71" w:rsidRDefault="001E5504" w:rsidP="00F82230">
      <w:pPr>
        <w:spacing w:after="120"/>
        <w:rPr>
          <w:rFonts w:ascii="Times New Roman" w:hAnsi="Times New Roman" w:cs="Times New Roman"/>
          <w:lang w:val="tr-TR"/>
        </w:rPr>
      </w:pPr>
      <w:r w:rsidRPr="00B06F71">
        <w:rPr>
          <w:rFonts w:ascii="Times New Roman" w:hAnsi="Times New Roman" w:cs="Times New Roman"/>
          <w:b/>
          <w:lang w:val="tr-TR"/>
        </w:rPr>
        <w:t>Bölüm / Program</w:t>
      </w:r>
      <w:r w:rsidR="00F82230" w:rsidRPr="00B06F71">
        <w:rPr>
          <w:rFonts w:ascii="Times New Roman" w:hAnsi="Times New Roman" w:cs="Times New Roman"/>
          <w:b/>
          <w:lang w:val="tr-TR"/>
        </w:rPr>
        <w:tab/>
      </w:r>
      <w:r w:rsidRPr="00B06F71">
        <w:rPr>
          <w:rFonts w:ascii="Times New Roman" w:hAnsi="Times New Roman" w:cs="Times New Roman"/>
          <w:b/>
          <w:lang w:val="tr-TR"/>
        </w:rPr>
        <w:t xml:space="preserve">: </w:t>
      </w:r>
      <w:r w:rsidRPr="00B06F71">
        <w:rPr>
          <w:rFonts w:ascii="Times New Roman" w:hAnsi="Times New Roman" w:cs="Times New Roman"/>
          <w:lang w:val="tr-TR"/>
        </w:rPr>
        <w:t>…………………………………………………………………………………</w:t>
      </w:r>
    </w:p>
    <w:p w14:paraId="6B83EC11" w14:textId="3D156F91" w:rsidR="00BA6784" w:rsidRPr="00B06F71" w:rsidRDefault="001E5504" w:rsidP="00F82230">
      <w:pPr>
        <w:spacing w:after="120"/>
        <w:rPr>
          <w:rFonts w:ascii="Times New Roman" w:hAnsi="Times New Roman" w:cs="Times New Roman"/>
          <w:lang w:val="tr-TR"/>
        </w:rPr>
      </w:pPr>
      <w:r w:rsidRPr="00B06F71">
        <w:rPr>
          <w:rFonts w:ascii="Times New Roman" w:hAnsi="Times New Roman" w:cs="Times New Roman"/>
          <w:b/>
          <w:lang w:val="tr-TR"/>
        </w:rPr>
        <w:t>Görüşme Tarihi</w:t>
      </w:r>
      <w:r w:rsidR="00F82230" w:rsidRPr="00B06F71">
        <w:rPr>
          <w:rFonts w:ascii="Times New Roman" w:hAnsi="Times New Roman" w:cs="Times New Roman"/>
          <w:b/>
          <w:lang w:val="tr-TR"/>
        </w:rPr>
        <w:tab/>
      </w:r>
      <w:r w:rsidRPr="00B06F71">
        <w:rPr>
          <w:rFonts w:ascii="Times New Roman" w:hAnsi="Times New Roman" w:cs="Times New Roman"/>
          <w:b/>
          <w:lang w:val="tr-TR"/>
        </w:rPr>
        <w:t xml:space="preserve">: </w:t>
      </w:r>
      <w:r w:rsidRPr="00B06F71">
        <w:rPr>
          <w:rFonts w:ascii="Times New Roman" w:hAnsi="Times New Roman" w:cs="Times New Roman"/>
          <w:lang w:val="tr-TR"/>
        </w:rPr>
        <w:t>…………………………………………………………………………………</w:t>
      </w:r>
    </w:p>
    <w:p w14:paraId="3F044A67" w14:textId="1A966EF4" w:rsidR="00BA6784" w:rsidRPr="00B06F71" w:rsidRDefault="001E5504" w:rsidP="00F82230">
      <w:pPr>
        <w:spacing w:after="120"/>
        <w:rPr>
          <w:rFonts w:ascii="Times New Roman" w:hAnsi="Times New Roman" w:cs="Times New Roman"/>
          <w:lang w:val="tr-TR"/>
        </w:rPr>
      </w:pPr>
      <w:r w:rsidRPr="00B06F71">
        <w:rPr>
          <w:rFonts w:ascii="Times New Roman" w:hAnsi="Times New Roman" w:cs="Times New Roman"/>
          <w:b/>
          <w:lang w:val="tr-TR"/>
        </w:rPr>
        <w:t>Görüşme Saati</w:t>
      </w:r>
      <w:r w:rsidR="00F82230" w:rsidRPr="00B06F71">
        <w:rPr>
          <w:rFonts w:ascii="Times New Roman" w:hAnsi="Times New Roman" w:cs="Times New Roman"/>
          <w:b/>
          <w:lang w:val="tr-TR"/>
        </w:rPr>
        <w:tab/>
      </w:r>
      <w:r w:rsidR="00F82230" w:rsidRPr="00B06F71">
        <w:rPr>
          <w:rFonts w:ascii="Times New Roman" w:hAnsi="Times New Roman" w:cs="Times New Roman"/>
          <w:b/>
          <w:lang w:val="tr-TR"/>
        </w:rPr>
        <w:tab/>
      </w:r>
      <w:r w:rsidRPr="00B06F71">
        <w:rPr>
          <w:rFonts w:ascii="Times New Roman" w:hAnsi="Times New Roman" w:cs="Times New Roman"/>
          <w:b/>
          <w:lang w:val="tr-TR"/>
        </w:rPr>
        <w:t xml:space="preserve">: </w:t>
      </w:r>
      <w:r w:rsidRPr="00B06F71">
        <w:rPr>
          <w:rFonts w:ascii="Times New Roman" w:hAnsi="Times New Roman" w:cs="Times New Roman"/>
          <w:lang w:val="tr-TR"/>
        </w:rPr>
        <w:t>…………………………………………………………………………………</w:t>
      </w:r>
    </w:p>
    <w:p w14:paraId="22A71F92" w14:textId="688DC15C" w:rsidR="00BA6784" w:rsidRPr="00B06F71" w:rsidRDefault="001E5504" w:rsidP="00F82230">
      <w:pPr>
        <w:spacing w:after="120"/>
        <w:rPr>
          <w:rFonts w:ascii="Times New Roman" w:hAnsi="Times New Roman" w:cs="Times New Roman"/>
          <w:lang w:val="tr-TR"/>
        </w:rPr>
      </w:pPr>
      <w:r w:rsidRPr="00B06F71">
        <w:rPr>
          <w:rFonts w:ascii="Times New Roman" w:hAnsi="Times New Roman" w:cs="Times New Roman"/>
          <w:b/>
          <w:lang w:val="tr-TR"/>
        </w:rPr>
        <w:t>Görüşme Yeri</w:t>
      </w:r>
      <w:r>
        <w:rPr>
          <w:rFonts w:ascii="Times New Roman" w:hAnsi="Times New Roman" w:cs="Times New Roman"/>
          <w:b/>
          <w:lang w:val="tr-TR"/>
        </w:rPr>
        <w:tab/>
      </w:r>
      <w:r>
        <w:rPr>
          <w:rFonts w:ascii="Times New Roman" w:hAnsi="Times New Roman" w:cs="Times New Roman"/>
          <w:b/>
          <w:lang w:val="tr-TR"/>
        </w:rPr>
        <w:tab/>
      </w:r>
      <w:r w:rsidRPr="00B06F71">
        <w:rPr>
          <w:rFonts w:ascii="Times New Roman" w:hAnsi="Times New Roman" w:cs="Times New Roman"/>
          <w:b/>
          <w:lang w:val="tr-TR"/>
        </w:rPr>
        <w:t xml:space="preserve">: </w:t>
      </w:r>
      <w:r w:rsidRPr="00B06F71">
        <w:rPr>
          <w:rFonts w:ascii="Segoe UI Symbol" w:hAnsi="Segoe UI Symbol" w:cs="Segoe UI Symbol"/>
          <w:lang w:val="tr-TR"/>
        </w:rPr>
        <w:t>☐</w:t>
      </w:r>
      <w:r w:rsidRPr="00B06F71">
        <w:rPr>
          <w:rFonts w:ascii="Times New Roman" w:hAnsi="Times New Roman" w:cs="Times New Roman"/>
          <w:lang w:val="tr-TR"/>
        </w:rPr>
        <w:t xml:space="preserve"> Ofis  </w:t>
      </w:r>
      <w:r w:rsidRPr="00B06F71">
        <w:rPr>
          <w:rFonts w:ascii="Segoe UI Symbol" w:hAnsi="Segoe UI Symbol" w:cs="Segoe UI Symbol"/>
          <w:lang w:val="tr-TR"/>
        </w:rPr>
        <w:t>☐</w:t>
      </w:r>
      <w:r w:rsidRPr="00B06F71">
        <w:rPr>
          <w:rFonts w:ascii="Times New Roman" w:hAnsi="Times New Roman" w:cs="Times New Roman"/>
          <w:lang w:val="tr-TR"/>
        </w:rPr>
        <w:t xml:space="preserve"> Sınıf  </w:t>
      </w:r>
      <w:r w:rsidRPr="00B06F71">
        <w:rPr>
          <w:rFonts w:ascii="Segoe UI Symbol" w:hAnsi="Segoe UI Symbol" w:cs="Segoe UI Symbol"/>
          <w:lang w:val="tr-TR"/>
        </w:rPr>
        <w:t>☐</w:t>
      </w:r>
      <w:r w:rsidRPr="00B06F71">
        <w:rPr>
          <w:rFonts w:ascii="Times New Roman" w:hAnsi="Times New Roman" w:cs="Times New Roman"/>
          <w:lang w:val="tr-TR"/>
        </w:rPr>
        <w:t xml:space="preserve"> Çevrimiçi  </w:t>
      </w:r>
      <w:r w:rsidRPr="00B06F71">
        <w:rPr>
          <w:rFonts w:ascii="Segoe UI Symbol" w:hAnsi="Segoe UI Symbol" w:cs="Segoe UI Symbol"/>
          <w:lang w:val="tr-TR"/>
        </w:rPr>
        <w:t>☐</w:t>
      </w:r>
      <w:r w:rsidRPr="00B06F71">
        <w:rPr>
          <w:rFonts w:ascii="Times New Roman" w:hAnsi="Times New Roman" w:cs="Times New Roman"/>
          <w:lang w:val="tr-TR"/>
        </w:rPr>
        <w:t xml:space="preserve"> Diğer: ……………………………</w:t>
      </w:r>
    </w:p>
    <w:p w14:paraId="0072E8D4" w14:textId="5DAFAB96" w:rsidR="00BA6784" w:rsidRPr="00B06F71" w:rsidRDefault="001E5504" w:rsidP="00F82230">
      <w:pPr>
        <w:spacing w:after="120"/>
        <w:rPr>
          <w:rFonts w:ascii="Times New Roman" w:hAnsi="Times New Roman" w:cs="Times New Roman"/>
          <w:lang w:val="tr-TR"/>
        </w:rPr>
      </w:pPr>
      <w:r w:rsidRPr="00B06F71">
        <w:rPr>
          <w:rFonts w:ascii="Times New Roman" w:hAnsi="Times New Roman" w:cs="Times New Roman"/>
          <w:b/>
          <w:lang w:val="tr-TR"/>
        </w:rPr>
        <w:t>Görüşme Türü</w:t>
      </w:r>
      <w:r>
        <w:rPr>
          <w:rFonts w:ascii="Times New Roman" w:hAnsi="Times New Roman" w:cs="Times New Roman"/>
          <w:b/>
          <w:lang w:val="tr-TR"/>
        </w:rPr>
        <w:tab/>
      </w:r>
      <w:r>
        <w:rPr>
          <w:rFonts w:ascii="Times New Roman" w:hAnsi="Times New Roman" w:cs="Times New Roman"/>
          <w:b/>
          <w:lang w:val="tr-TR"/>
        </w:rPr>
        <w:tab/>
      </w:r>
      <w:r w:rsidRPr="00B06F71">
        <w:rPr>
          <w:rFonts w:ascii="Times New Roman" w:hAnsi="Times New Roman" w:cs="Times New Roman"/>
          <w:b/>
          <w:lang w:val="tr-TR"/>
        </w:rPr>
        <w:t xml:space="preserve">: </w:t>
      </w:r>
      <w:r w:rsidRPr="00B06F71">
        <w:rPr>
          <w:rFonts w:ascii="Segoe UI Symbol" w:hAnsi="Segoe UI Symbol" w:cs="Segoe UI Symbol"/>
          <w:lang w:val="tr-TR"/>
        </w:rPr>
        <w:t>☐</w:t>
      </w:r>
      <w:r w:rsidRPr="00B06F71">
        <w:rPr>
          <w:rFonts w:ascii="Times New Roman" w:hAnsi="Times New Roman" w:cs="Times New Roman"/>
          <w:lang w:val="tr-TR"/>
        </w:rPr>
        <w:t xml:space="preserve"> Danışmanlık  </w:t>
      </w:r>
      <w:r w:rsidRPr="00B06F71">
        <w:rPr>
          <w:rFonts w:ascii="Segoe UI Symbol" w:hAnsi="Segoe UI Symbol" w:cs="Segoe UI Symbol"/>
          <w:lang w:val="tr-TR"/>
        </w:rPr>
        <w:t>☐</w:t>
      </w:r>
      <w:r w:rsidRPr="00B06F71">
        <w:rPr>
          <w:rFonts w:ascii="Times New Roman" w:hAnsi="Times New Roman" w:cs="Times New Roman"/>
          <w:lang w:val="tr-TR"/>
        </w:rPr>
        <w:t xml:space="preserve"> Akademik  </w:t>
      </w:r>
      <w:r w:rsidRPr="00B06F71">
        <w:rPr>
          <w:rFonts w:ascii="Segoe UI Symbol" w:hAnsi="Segoe UI Symbol" w:cs="Segoe UI Symbol"/>
          <w:lang w:val="tr-TR"/>
        </w:rPr>
        <w:t>☐</w:t>
      </w:r>
      <w:r w:rsidRPr="00B06F71">
        <w:rPr>
          <w:rFonts w:ascii="Times New Roman" w:hAnsi="Times New Roman" w:cs="Times New Roman"/>
          <w:lang w:val="tr-TR"/>
        </w:rPr>
        <w:t xml:space="preserve"> İdari  </w:t>
      </w:r>
      <w:r w:rsidRPr="00B06F71">
        <w:rPr>
          <w:rFonts w:ascii="Segoe UI Symbol" w:hAnsi="Segoe UI Symbol" w:cs="Segoe UI Symbol"/>
          <w:lang w:val="tr-TR"/>
        </w:rPr>
        <w:t>☐</w:t>
      </w:r>
      <w:r w:rsidRPr="00B06F71">
        <w:rPr>
          <w:rFonts w:ascii="Times New Roman" w:hAnsi="Times New Roman" w:cs="Times New Roman"/>
          <w:lang w:val="tr-TR"/>
        </w:rPr>
        <w:t xml:space="preserve"> Disiplin/Etik  </w:t>
      </w:r>
      <w:r w:rsidRPr="00B06F71">
        <w:rPr>
          <w:rFonts w:ascii="Segoe UI Symbol" w:hAnsi="Segoe UI Symbol" w:cs="Segoe UI Symbol"/>
          <w:lang w:val="tr-TR"/>
        </w:rPr>
        <w:t>☐</w:t>
      </w:r>
      <w:r w:rsidRPr="00B06F71">
        <w:rPr>
          <w:rFonts w:ascii="Times New Roman" w:hAnsi="Times New Roman" w:cs="Times New Roman"/>
          <w:lang w:val="tr-TR"/>
        </w:rPr>
        <w:t xml:space="preserve"> Diğer: ……………</w:t>
      </w:r>
    </w:p>
    <w:p w14:paraId="5AEA254A" w14:textId="343B6FEF" w:rsidR="00F82230" w:rsidRPr="00B06F71" w:rsidRDefault="001E5504" w:rsidP="00F82230">
      <w:pPr>
        <w:spacing w:after="120"/>
        <w:rPr>
          <w:rFonts w:ascii="Times New Roman" w:hAnsi="Times New Roman" w:cs="Times New Roman"/>
          <w:b/>
          <w:lang w:val="tr-TR"/>
        </w:rPr>
      </w:pPr>
      <w:r w:rsidRPr="00B06F71">
        <w:rPr>
          <w:rFonts w:ascii="Times New Roman" w:hAnsi="Times New Roman" w:cs="Times New Roman"/>
          <w:b/>
          <w:lang w:val="tr-TR"/>
        </w:rPr>
        <w:t>Görüşme Süresi</w:t>
      </w:r>
      <w:r>
        <w:rPr>
          <w:rFonts w:ascii="Times New Roman" w:hAnsi="Times New Roman" w:cs="Times New Roman"/>
          <w:b/>
          <w:lang w:val="tr-TR"/>
        </w:rPr>
        <w:tab/>
      </w:r>
      <w:r w:rsidRPr="00B06F71">
        <w:rPr>
          <w:rFonts w:ascii="Times New Roman" w:hAnsi="Times New Roman" w:cs="Times New Roman"/>
          <w:b/>
          <w:lang w:val="tr-TR"/>
        </w:rPr>
        <w:t xml:space="preserve">: </w:t>
      </w:r>
      <w:r w:rsidRPr="00B06F71">
        <w:rPr>
          <w:rFonts w:ascii="Times New Roman" w:hAnsi="Times New Roman" w:cs="Times New Roman"/>
          <w:lang w:val="tr-TR"/>
        </w:rPr>
        <w:t>…………………………………………………………………………………</w:t>
      </w:r>
    </w:p>
    <w:p w14:paraId="5F4032B9" w14:textId="77777777" w:rsidR="00F82230" w:rsidRPr="00B06F71" w:rsidRDefault="00F82230" w:rsidP="00F82230">
      <w:pPr>
        <w:spacing w:after="120"/>
        <w:rPr>
          <w:rFonts w:ascii="Times New Roman" w:hAnsi="Times New Roman" w:cs="Times New Roman"/>
          <w:b/>
          <w:lang w:val="tr-TR"/>
        </w:rPr>
        <w:sectPr w:rsidR="00F82230" w:rsidRPr="00B06F71" w:rsidSect="00F82230">
          <w:pgSz w:w="12240" w:h="15840"/>
          <w:pgMar w:top="426" w:right="1041" w:bottom="1440" w:left="1134" w:header="720" w:footer="720" w:gutter="0"/>
          <w:cols w:space="720"/>
          <w:docGrid w:linePitch="360"/>
        </w:sectPr>
      </w:pPr>
    </w:p>
    <w:p w14:paraId="42267FEA" w14:textId="63A58084" w:rsidR="00BA6784" w:rsidRPr="001E5504" w:rsidRDefault="001E5504" w:rsidP="00F82230">
      <w:pPr>
        <w:spacing w:after="120"/>
        <w:rPr>
          <w:rFonts w:ascii="Times New Roman" w:hAnsi="Times New Roman" w:cs="Times New Roman"/>
          <w:u w:val="single"/>
          <w:lang w:val="tr-TR"/>
        </w:rPr>
      </w:pPr>
      <w:r w:rsidRPr="001E5504">
        <w:rPr>
          <w:rFonts w:ascii="Times New Roman" w:hAnsi="Times New Roman" w:cs="Times New Roman"/>
          <w:b/>
          <w:u w:val="single"/>
          <w:lang w:val="tr-TR"/>
        </w:rPr>
        <w:t>Öğren</w:t>
      </w:r>
      <w:r w:rsidRPr="001E5504">
        <w:rPr>
          <w:rFonts w:ascii="Times New Roman" w:hAnsi="Times New Roman" w:cs="Times New Roman"/>
          <w:b/>
          <w:u w:val="single"/>
          <w:lang w:val="tr-TR"/>
        </w:rPr>
        <w:t>ci</w:t>
      </w:r>
    </w:p>
    <w:p w14:paraId="5A0612DE" w14:textId="65F47C78" w:rsidR="00BA6784" w:rsidRPr="00B06F71" w:rsidRDefault="001E5504" w:rsidP="00F82230">
      <w:pPr>
        <w:spacing w:after="120"/>
        <w:rPr>
          <w:rFonts w:ascii="Times New Roman" w:hAnsi="Times New Roman" w:cs="Times New Roman"/>
          <w:lang w:val="tr-TR"/>
        </w:rPr>
      </w:pPr>
      <w:r w:rsidRPr="00B06F71">
        <w:rPr>
          <w:rFonts w:ascii="Times New Roman" w:hAnsi="Times New Roman" w:cs="Times New Roman"/>
          <w:b/>
          <w:lang w:val="tr-TR"/>
        </w:rPr>
        <w:t>Ad Soyad</w:t>
      </w:r>
      <w:r w:rsidR="00F82230" w:rsidRPr="00B06F71">
        <w:rPr>
          <w:rFonts w:ascii="Times New Roman" w:hAnsi="Times New Roman" w:cs="Times New Roman"/>
          <w:b/>
          <w:lang w:val="tr-TR"/>
        </w:rPr>
        <w:tab/>
      </w:r>
      <w:r w:rsidRPr="00B06F71">
        <w:rPr>
          <w:rFonts w:ascii="Times New Roman" w:hAnsi="Times New Roman" w:cs="Times New Roman"/>
          <w:b/>
          <w:lang w:val="tr-TR"/>
        </w:rPr>
        <w:t xml:space="preserve">: </w:t>
      </w:r>
    </w:p>
    <w:p w14:paraId="360EA6D7" w14:textId="6F580087" w:rsidR="00BA6784" w:rsidRPr="00B06F71" w:rsidRDefault="001E5504" w:rsidP="00F82230">
      <w:pPr>
        <w:spacing w:after="120"/>
        <w:rPr>
          <w:rFonts w:ascii="Times New Roman" w:hAnsi="Times New Roman" w:cs="Times New Roman"/>
          <w:lang w:val="tr-TR"/>
        </w:rPr>
      </w:pPr>
      <w:r w:rsidRPr="00B06F71">
        <w:rPr>
          <w:rFonts w:ascii="Times New Roman" w:hAnsi="Times New Roman" w:cs="Times New Roman"/>
          <w:b/>
          <w:lang w:val="tr-TR"/>
        </w:rPr>
        <w:t>Öğrenci No</w:t>
      </w:r>
      <w:r w:rsidR="00F82230" w:rsidRPr="00B06F71">
        <w:rPr>
          <w:rFonts w:ascii="Times New Roman" w:hAnsi="Times New Roman" w:cs="Times New Roman"/>
          <w:b/>
          <w:lang w:val="tr-TR"/>
        </w:rPr>
        <w:tab/>
      </w:r>
      <w:r w:rsidRPr="00B06F71">
        <w:rPr>
          <w:rFonts w:ascii="Times New Roman" w:hAnsi="Times New Roman" w:cs="Times New Roman"/>
          <w:b/>
          <w:lang w:val="tr-TR"/>
        </w:rPr>
        <w:t xml:space="preserve">: </w:t>
      </w:r>
    </w:p>
    <w:p w14:paraId="6B2357ED" w14:textId="1E191B54" w:rsidR="00BA6784" w:rsidRPr="00B06F71" w:rsidRDefault="001E5504" w:rsidP="00F82230">
      <w:pPr>
        <w:spacing w:after="120"/>
        <w:rPr>
          <w:rFonts w:ascii="Times New Roman" w:hAnsi="Times New Roman" w:cs="Times New Roman"/>
          <w:lang w:val="tr-TR"/>
        </w:rPr>
      </w:pPr>
      <w:r w:rsidRPr="00B06F71">
        <w:rPr>
          <w:rFonts w:ascii="Times New Roman" w:hAnsi="Times New Roman" w:cs="Times New Roman"/>
          <w:b/>
          <w:lang w:val="tr-TR"/>
        </w:rPr>
        <w:t>Sınıf/Şube</w:t>
      </w:r>
      <w:r w:rsidR="00F82230" w:rsidRPr="00B06F71">
        <w:rPr>
          <w:rFonts w:ascii="Times New Roman" w:hAnsi="Times New Roman" w:cs="Times New Roman"/>
          <w:b/>
          <w:lang w:val="tr-TR"/>
        </w:rPr>
        <w:tab/>
      </w:r>
      <w:r w:rsidRPr="00B06F71">
        <w:rPr>
          <w:rFonts w:ascii="Times New Roman" w:hAnsi="Times New Roman" w:cs="Times New Roman"/>
          <w:b/>
          <w:lang w:val="tr-TR"/>
        </w:rPr>
        <w:t xml:space="preserve">: </w:t>
      </w:r>
    </w:p>
    <w:p w14:paraId="45F1066C" w14:textId="7A7909EA" w:rsidR="00BA6784" w:rsidRPr="00B06F71" w:rsidRDefault="001E5504" w:rsidP="00F82230">
      <w:pPr>
        <w:spacing w:after="120"/>
        <w:rPr>
          <w:rFonts w:ascii="Times New Roman" w:hAnsi="Times New Roman" w:cs="Times New Roman"/>
          <w:lang w:val="tr-TR"/>
        </w:rPr>
      </w:pPr>
      <w:r w:rsidRPr="00B06F71">
        <w:rPr>
          <w:rFonts w:ascii="Times New Roman" w:hAnsi="Times New Roman" w:cs="Times New Roman"/>
          <w:b/>
          <w:lang w:val="tr-TR"/>
        </w:rPr>
        <w:t xml:space="preserve">Telefon/E-posta: </w:t>
      </w:r>
    </w:p>
    <w:p w14:paraId="1C668581" w14:textId="2E0D6D2D" w:rsidR="00BA6784" w:rsidRPr="001E5504" w:rsidRDefault="001E5504" w:rsidP="00F82230">
      <w:pPr>
        <w:spacing w:after="120"/>
        <w:rPr>
          <w:rFonts w:ascii="Times New Roman" w:hAnsi="Times New Roman" w:cs="Times New Roman"/>
          <w:u w:val="single"/>
          <w:lang w:val="tr-TR"/>
        </w:rPr>
      </w:pPr>
      <w:r w:rsidRPr="001E5504">
        <w:rPr>
          <w:rFonts w:ascii="Times New Roman" w:hAnsi="Times New Roman" w:cs="Times New Roman"/>
          <w:b/>
          <w:u w:val="single"/>
          <w:lang w:val="tr-TR"/>
        </w:rPr>
        <w:t>Öğretim Elemanı / Danışman</w:t>
      </w:r>
    </w:p>
    <w:p w14:paraId="241C66AE" w14:textId="5D2A8F57" w:rsidR="00BA6784" w:rsidRPr="00B06F71" w:rsidRDefault="001E5504" w:rsidP="00F82230">
      <w:pPr>
        <w:spacing w:after="120"/>
        <w:rPr>
          <w:rFonts w:ascii="Times New Roman" w:hAnsi="Times New Roman" w:cs="Times New Roman"/>
          <w:lang w:val="tr-TR"/>
        </w:rPr>
      </w:pPr>
      <w:r w:rsidRPr="00B06F71">
        <w:rPr>
          <w:rFonts w:ascii="Times New Roman" w:hAnsi="Times New Roman" w:cs="Times New Roman"/>
          <w:b/>
          <w:lang w:val="tr-TR"/>
        </w:rPr>
        <w:t>Ad Soyad</w:t>
      </w:r>
      <w:r w:rsidR="00F82230" w:rsidRPr="00B06F71">
        <w:rPr>
          <w:rFonts w:ascii="Times New Roman" w:hAnsi="Times New Roman" w:cs="Times New Roman"/>
          <w:b/>
          <w:lang w:val="tr-TR"/>
        </w:rPr>
        <w:tab/>
      </w:r>
      <w:r w:rsidRPr="00B06F71">
        <w:rPr>
          <w:rFonts w:ascii="Times New Roman" w:hAnsi="Times New Roman" w:cs="Times New Roman"/>
          <w:b/>
          <w:lang w:val="tr-TR"/>
        </w:rPr>
        <w:t xml:space="preserve">: </w:t>
      </w:r>
    </w:p>
    <w:p w14:paraId="709BD941" w14:textId="1281938F" w:rsidR="00BA6784" w:rsidRPr="00B06F71" w:rsidRDefault="001E5504" w:rsidP="00F82230">
      <w:pPr>
        <w:spacing w:after="120"/>
        <w:rPr>
          <w:rFonts w:ascii="Times New Roman" w:hAnsi="Times New Roman" w:cs="Times New Roman"/>
          <w:lang w:val="tr-TR"/>
        </w:rPr>
      </w:pPr>
      <w:r w:rsidRPr="00B06F71">
        <w:rPr>
          <w:rFonts w:ascii="Times New Roman" w:hAnsi="Times New Roman" w:cs="Times New Roman"/>
          <w:b/>
          <w:lang w:val="tr-TR"/>
        </w:rPr>
        <w:t>Unva</w:t>
      </w:r>
      <w:r w:rsidRPr="00B06F71">
        <w:rPr>
          <w:rFonts w:ascii="Times New Roman" w:hAnsi="Times New Roman" w:cs="Times New Roman"/>
          <w:b/>
          <w:lang w:val="tr-TR"/>
        </w:rPr>
        <w:t>n</w:t>
      </w:r>
      <w:r w:rsidR="00F82230" w:rsidRPr="00B06F71">
        <w:rPr>
          <w:rFonts w:ascii="Times New Roman" w:hAnsi="Times New Roman" w:cs="Times New Roman"/>
          <w:b/>
          <w:lang w:val="tr-TR"/>
        </w:rPr>
        <w:tab/>
      </w:r>
      <w:r w:rsidR="00F82230" w:rsidRPr="00B06F71">
        <w:rPr>
          <w:rFonts w:ascii="Times New Roman" w:hAnsi="Times New Roman" w:cs="Times New Roman"/>
          <w:b/>
          <w:lang w:val="tr-TR"/>
        </w:rPr>
        <w:tab/>
      </w:r>
      <w:r w:rsidRPr="00B06F71">
        <w:rPr>
          <w:rFonts w:ascii="Times New Roman" w:hAnsi="Times New Roman" w:cs="Times New Roman"/>
          <w:b/>
          <w:lang w:val="tr-TR"/>
        </w:rPr>
        <w:t>:</w:t>
      </w:r>
    </w:p>
    <w:p w14:paraId="7FC06F8C" w14:textId="64C9797C" w:rsidR="00F82230" w:rsidRPr="00B06F71" w:rsidRDefault="001E5504" w:rsidP="00F82230">
      <w:pPr>
        <w:spacing w:after="120"/>
        <w:rPr>
          <w:rFonts w:ascii="Times New Roman" w:hAnsi="Times New Roman" w:cs="Times New Roman"/>
          <w:lang w:val="tr-TR"/>
        </w:rPr>
        <w:sectPr w:rsidR="00F82230" w:rsidRPr="00B06F71" w:rsidSect="00F82230">
          <w:type w:val="continuous"/>
          <w:pgSz w:w="12240" w:h="15840"/>
          <w:pgMar w:top="1440" w:right="1041" w:bottom="1440" w:left="1134" w:header="720" w:footer="720" w:gutter="0"/>
          <w:cols w:num="2" w:space="720"/>
          <w:docGrid w:linePitch="360"/>
        </w:sectPr>
      </w:pPr>
      <w:r w:rsidRPr="00B06F71">
        <w:rPr>
          <w:rFonts w:ascii="Times New Roman" w:hAnsi="Times New Roman" w:cs="Times New Roman"/>
          <w:b/>
          <w:lang w:val="tr-TR"/>
        </w:rPr>
        <w:t>Birim</w:t>
      </w:r>
      <w:r w:rsidR="00F82230" w:rsidRPr="00B06F71">
        <w:rPr>
          <w:rFonts w:ascii="Times New Roman" w:hAnsi="Times New Roman" w:cs="Times New Roman"/>
          <w:b/>
          <w:lang w:val="tr-TR"/>
        </w:rPr>
        <w:tab/>
      </w:r>
      <w:r w:rsidR="00F82230" w:rsidRPr="00B06F71">
        <w:rPr>
          <w:rFonts w:ascii="Times New Roman" w:hAnsi="Times New Roman" w:cs="Times New Roman"/>
          <w:b/>
          <w:lang w:val="tr-TR"/>
        </w:rPr>
        <w:tab/>
      </w:r>
      <w:r w:rsidRPr="00B06F71">
        <w:rPr>
          <w:rFonts w:ascii="Times New Roman" w:hAnsi="Times New Roman" w:cs="Times New Roman"/>
          <w:b/>
          <w:lang w:val="tr-TR"/>
        </w:rPr>
        <w:t xml:space="preserve">: </w:t>
      </w:r>
    </w:p>
    <w:p w14:paraId="45E788EF" w14:textId="2192F149" w:rsidR="00BA6784" w:rsidRPr="001E5504" w:rsidRDefault="00F82230" w:rsidP="00F82230">
      <w:pPr>
        <w:spacing w:after="120"/>
        <w:rPr>
          <w:rFonts w:ascii="Times New Roman" w:hAnsi="Times New Roman" w:cs="Times New Roman"/>
          <w:u w:val="single"/>
          <w:lang w:val="tr-TR"/>
        </w:rPr>
      </w:pPr>
      <w:r w:rsidRPr="001E5504">
        <w:rPr>
          <w:rFonts w:ascii="Times New Roman" w:hAnsi="Times New Roman" w:cs="Times New Roman"/>
          <w:b/>
          <w:u w:val="single"/>
          <w:lang w:val="tr-TR"/>
        </w:rPr>
        <w:t>2</w:t>
      </w:r>
      <w:r w:rsidR="001E5504" w:rsidRPr="001E5504">
        <w:rPr>
          <w:rFonts w:ascii="Times New Roman" w:hAnsi="Times New Roman" w:cs="Times New Roman"/>
          <w:b/>
          <w:u w:val="single"/>
          <w:lang w:val="tr-TR"/>
        </w:rPr>
        <w:t xml:space="preserve">) </w:t>
      </w:r>
      <w:r w:rsidR="001E5504" w:rsidRPr="001E5504">
        <w:rPr>
          <w:rFonts w:ascii="Times New Roman" w:hAnsi="Times New Roman" w:cs="Times New Roman"/>
          <w:b/>
          <w:u w:val="single"/>
          <w:lang w:val="tr-TR"/>
        </w:rPr>
        <w:t xml:space="preserve">Görüşmede Ele Alınan Hususlar </w:t>
      </w:r>
    </w:p>
    <w:p w14:paraId="51D0FCBF" w14:textId="77777777" w:rsidR="00F82230" w:rsidRPr="00B06F71" w:rsidRDefault="00F82230" w:rsidP="00F82230">
      <w:pPr>
        <w:spacing w:after="120"/>
        <w:rPr>
          <w:rFonts w:ascii="Times New Roman" w:hAnsi="Times New Roman" w:cs="Times New Roman"/>
          <w:b/>
          <w:lang w:val="tr-TR"/>
        </w:rPr>
      </w:pPr>
    </w:p>
    <w:p w14:paraId="2CF08BBA" w14:textId="77777777" w:rsidR="00F82230" w:rsidRPr="00B06F71" w:rsidRDefault="00F82230" w:rsidP="00F82230">
      <w:pPr>
        <w:spacing w:after="120"/>
        <w:rPr>
          <w:rFonts w:ascii="Times New Roman" w:hAnsi="Times New Roman" w:cs="Times New Roman"/>
          <w:b/>
          <w:lang w:val="tr-TR"/>
        </w:rPr>
      </w:pPr>
    </w:p>
    <w:p w14:paraId="14FD124F" w14:textId="77777777" w:rsidR="00F82230" w:rsidRPr="00B06F71" w:rsidRDefault="00F82230" w:rsidP="00F82230">
      <w:pPr>
        <w:spacing w:after="120"/>
        <w:rPr>
          <w:rFonts w:ascii="Times New Roman" w:hAnsi="Times New Roman" w:cs="Times New Roman"/>
          <w:b/>
          <w:lang w:val="tr-TR"/>
        </w:rPr>
      </w:pPr>
    </w:p>
    <w:p w14:paraId="56EDB974" w14:textId="144E37A1" w:rsidR="00BA6784" w:rsidRPr="001E5504" w:rsidRDefault="00F82230" w:rsidP="00F82230">
      <w:pPr>
        <w:spacing w:after="120"/>
        <w:rPr>
          <w:rFonts w:ascii="Times New Roman" w:hAnsi="Times New Roman" w:cs="Times New Roman"/>
          <w:u w:val="single"/>
          <w:lang w:val="tr-TR"/>
        </w:rPr>
      </w:pPr>
      <w:r w:rsidRPr="001E5504">
        <w:rPr>
          <w:rFonts w:ascii="Times New Roman" w:hAnsi="Times New Roman" w:cs="Times New Roman"/>
          <w:b/>
          <w:u w:val="single"/>
          <w:lang w:val="tr-TR"/>
        </w:rPr>
        <w:t>3</w:t>
      </w:r>
      <w:r w:rsidR="001E5504" w:rsidRPr="001E5504">
        <w:rPr>
          <w:rFonts w:ascii="Times New Roman" w:hAnsi="Times New Roman" w:cs="Times New Roman"/>
          <w:b/>
          <w:u w:val="single"/>
          <w:lang w:val="tr-TR"/>
        </w:rPr>
        <w:t>) Değerlendirme ve Bilgilendirme</w:t>
      </w:r>
    </w:p>
    <w:p w14:paraId="23BEBD2B" w14:textId="17B8C527" w:rsidR="00BA6784" w:rsidRPr="00B06F71" w:rsidRDefault="00BA6784" w:rsidP="00F82230">
      <w:pPr>
        <w:spacing w:after="120"/>
        <w:rPr>
          <w:rFonts w:ascii="Times New Roman" w:hAnsi="Times New Roman" w:cs="Times New Roman"/>
          <w:lang w:val="tr-TR"/>
        </w:rPr>
      </w:pPr>
    </w:p>
    <w:p w14:paraId="26701C59" w14:textId="35FC3822" w:rsidR="00F82230" w:rsidRPr="00B06F71" w:rsidRDefault="00F82230" w:rsidP="00F82230">
      <w:pPr>
        <w:spacing w:after="120"/>
        <w:rPr>
          <w:rFonts w:ascii="Times New Roman" w:hAnsi="Times New Roman" w:cs="Times New Roman"/>
          <w:lang w:val="tr-TR"/>
        </w:rPr>
      </w:pPr>
    </w:p>
    <w:p w14:paraId="280233DD" w14:textId="77777777" w:rsidR="00F82230" w:rsidRPr="00B06F71" w:rsidRDefault="00F82230" w:rsidP="00F82230">
      <w:pPr>
        <w:spacing w:after="120"/>
        <w:rPr>
          <w:rFonts w:ascii="Times New Roman" w:hAnsi="Times New Roman" w:cs="Times New Roman"/>
          <w:lang w:val="tr-TR"/>
        </w:rPr>
      </w:pPr>
    </w:p>
    <w:p w14:paraId="28F0A615" w14:textId="77777777" w:rsidR="00BA6784" w:rsidRPr="00B06F71" w:rsidRDefault="00BA6784" w:rsidP="00F82230">
      <w:pPr>
        <w:spacing w:after="120"/>
        <w:rPr>
          <w:rFonts w:ascii="Times New Roman" w:hAnsi="Times New Roman" w:cs="Times New Roman"/>
          <w:lang w:val="tr-TR"/>
        </w:rPr>
      </w:pPr>
    </w:p>
    <w:p w14:paraId="3953AAB5" w14:textId="79F6203E" w:rsidR="00BA6784" w:rsidRPr="001E5504" w:rsidRDefault="00F82230" w:rsidP="00F82230">
      <w:pPr>
        <w:spacing w:after="120"/>
        <w:rPr>
          <w:rFonts w:ascii="Times New Roman" w:hAnsi="Times New Roman" w:cs="Times New Roman"/>
          <w:u w:val="single"/>
          <w:lang w:val="tr-TR"/>
        </w:rPr>
      </w:pPr>
      <w:r w:rsidRPr="001E5504">
        <w:rPr>
          <w:rFonts w:ascii="Times New Roman" w:hAnsi="Times New Roman" w:cs="Times New Roman"/>
          <w:b/>
          <w:u w:val="single"/>
          <w:lang w:val="tr-TR"/>
        </w:rPr>
        <w:t>4</w:t>
      </w:r>
      <w:r w:rsidR="001E5504" w:rsidRPr="001E5504">
        <w:rPr>
          <w:rFonts w:ascii="Times New Roman" w:hAnsi="Times New Roman" w:cs="Times New Roman"/>
          <w:b/>
          <w:u w:val="single"/>
          <w:lang w:val="tr-TR"/>
        </w:rPr>
        <w:t xml:space="preserve">) Sonraki </w:t>
      </w:r>
      <w:r w:rsidR="001E5504" w:rsidRPr="001E5504">
        <w:rPr>
          <w:rFonts w:ascii="Times New Roman" w:hAnsi="Times New Roman" w:cs="Times New Roman"/>
          <w:b/>
          <w:u w:val="single"/>
          <w:lang w:val="tr-TR"/>
        </w:rPr>
        <w:t>Görüşme Bilgisi (Varsa)</w:t>
      </w:r>
    </w:p>
    <w:p w14:paraId="59C8A856" w14:textId="172889D3" w:rsidR="00BA6784" w:rsidRPr="00B06F71" w:rsidRDefault="001E5504" w:rsidP="00F82230">
      <w:pPr>
        <w:spacing w:after="120"/>
        <w:rPr>
          <w:rFonts w:ascii="Times New Roman" w:hAnsi="Times New Roman" w:cs="Times New Roman"/>
          <w:lang w:val="tr-TR"/>
        </w:rPr>
      </w:pPr>
      <w:r w:rsidRPr="00B06F71">
        <w:rPr>
          <w:rFonts w:ascii="Times New Roman" w:hAnsi="Times New Roman" w:cs="Times New Roman"/>
          <w:b/>
          <w:lang w:val="tr-TR"/>
        </w:rPr>
        <w:t>Takip Görüşmesi Tarihi/Saati</w:t>
      </w:r>
      <w:r w:rsidR="00F82230" w:rsidRPr="00B06F71">
        <w:rPr>
          <w:rFonts w:ascii="Times New Roman" w:hAnsi="Times New Roman" w:cs="Times New Roman"/>
          <w:b/>
          <w:lang w:val="tr-TR"/>
        </w:rPr>
        <w:tab/>
      </w:r>
      <w:r w:rsidRPr="00B06F71">
        <w:rPr>
          <w:rFonts w:ascii="Times New Roman" w:hAnsi="Times New Roman" w:cs="Times New Roman"/>
          <w:b/>
          <w:lang w:val="tr-TR"/>
        </w:rPr>
        <w:t xml:space="preserve">: </w:t>
      </w:r>
    </w:p>
    <w:p w14:paraId="01EEC922" w14:textId="77777777" w:rsidR="00BA6784" w:rsidRPr="00B06F71" w:rsidRDefault="001E5504" w:rsidP="00F82230">
      <w:pPr>
        <w:spacing w:after="120"/>
        <w:rPr>
          <w:rFonts w:ascii="Times New Roman" w:hAnsi="Times New Roman" w:cs="Times New Roman"/>
          <w:lang w:val="tr-TR"/>
        </w:rPr>
      </w:pPr>
      <w:r w:rsidRPr="00B06F71">
        <w:rPr>
          <w:rFonts w:ascii="Times New Roman" w:hAnsi="Times New Roman" w:cs="Times New Roman"/>
          <w:b/>
          <w:lang w:val="tr-TR"/>
        </w:rPr>
        <w:t xml:space="preserve">Görüşme Şekli: </w:t>
      </w:r>
      <w:r w:rsidRPr="00B06F71">
        <w:rPr>
          <w:rFonts w:ascii="Segoe UI Symbol" w:hAnsi="Segoe UI Symbol" w:cs="Segoe UI Symbol"/>
          <w:lang w:val="tr-TR"/>
        </w:rPr>
        <w:t>☐</w:t>
      </w:r>
      <w:r w:rsidRPr="00B06F71">
        <w:rPr>
          <w:rFonts w:ascii="Times New Roman" w:hAnsi="Times New Roman" w:cs="Times New Roman"/>
          <w:lang w:val="tr-TR"/>
        </w:rPr>
        <w:t xml:space="preserve"> Yüz yüze  </w:t>
      </w:r>
      <w:r w:rsidRPr="00B06F71">
        <w:rPr>
          <w:rFonts w:ascii="Segoe UI Symbol" w:hAnsi="Segoe UI Symbol" w:cs="Segoe UI Symbol"/>
          <w:lang w:val="tr-TR"/>
        </w:rPr>
        <w:t>☐</w:t>
      </w:r>
      <w:r w:rsidRPr="00B06F71">
        <w:rPr>
          <w:rFonts w:ascii="Times New Roman" w:hAnsi="Times New Roman" w:cs="Times New Roman"/>
          <w:lang w:val="tr-TR"/>
        </w:rPr>
        <w:t xml:space="preserve"> Çevrimiçi  </w:t>
      </w:r>
      <w:r w:rsidRPr="00B06F71">
        <w:rPr>
          <w:rFonts w:ascii="Segoe UI Symbol" w:hAnsi="Segoe UI Symbol" w:cs="Segoe UI Symbol"/>
          <w:lang w:val="tr-TR"/>
        </w:rPr>
        <w:t>☐</w:t>
      </w:r>
      <w:r w:rsidRPr="00B06F71">
        <w:rPr>
          <w:rFonts w:ascii="Times New Roman" w:hAnsi="Times New Roman" w:cs="Times New Roman"/>
          <w:lang w:val="tr-TR"/>
        </w:rPr>
        <w:t xml:space="preserve"> Diğer: ……………………………</w:t>
      </w:r>
    </w:p>
    <w:p w14:paraId="08377EF7" w14:textId="77777777" w:rsidR="00BA6784" w:rsidRPr="00B06F71" w:rsidRDefault="001E5504" w:rsidP="00F82230">
      <w:pPr>
        <w:spacing w:after="120"/>
        <w:rPr>
          <w:rFonts w:ascii="Times New Roman" w:hAnsi="Times New Roman" w:cs="Times New Roman"/>
          <w:lang w:val="tr-TR"/>
        </w:rPr>
      </w:pPr>
      <w:r w:rsidRPr="00B06F71">
        <w:rPr>
          <w:rFonts w:ascii="Times New Roman" w:hAnsi="Times New Roman" w:cs="Times New Roman"/>
          <w:lang w:val="tr-TR"/>
        </w:rPr>
        <w:t>Bu tutanak, öğrenci danışmanlık/görüşme kaydı niteliğindedir. Görüşmede paylaşılan bilgi</w:t>
      </w:r>
      <w:r w:rsidRPr="00B06F71">
        <w:rPr>
          <w:rFonts w:ascii="Times New Roman" w:hAnsi="Times New Roman" w:cs="Times New Roman"/>
          <w:lang w:val="tr-TR"/>
        </w:rPr>
        <w:t>ler, ilgili mevzuat ve kurum prosedürleri çerçevesinde değerlendirilir ve yalnızca yetkili birimlerce gerekli durumlarda kullanılabilir.</w:t>
      </w:r>
    </w:p>
    <w:p w14:paraId="67130DE2" w14:textId="7A35FF3D" w:rsidR="00BA6784" w:rsidRPr="00B06F71" w:rsidRDefault="001E5504" w:rsidP="00F82230">
      <w:pPr>
        <w:spacing w:after="120"/>
        <w:rPr>
          <w:rFonts w:ascii="Times New Roman" w:hAnsi="Times New Roman" w:cs="Times New Roman"/>
          <w:lang w:val="tr-TR"/>
        </w:rPr>
      </w:pPr>
      <w:r w:rsidRPr="00B06F71">
        <w:rPr>
          <w:rFonts w:ascii="Times New Roman" w:hAnsi="Times New Roman" w:cs="Times New Roman"/>
          <w:lang w:val="tr-TR"/>
        </w:rPr>
        <w:t>Bu rapor ……/……/20…… tarihinde …… nüsha olarak düzenlenmiştir.</w:t>
      </w:r>
    </w:p>
    <w:p w14:paraId="01477B9C" w14:textId="77777777" w:rsidR="001E5504" w:rsidRDefault="001E5504" w:rsidP="00F82230">
      <w:pPr>
        <w:spacing w:after="120"/>
        <w:rPr>
          <w:rFonts w:ascii="Times New Roman" w:hAnsi="Times New Roman" w:cs="Times New Roman"/>
          <w:b/>
          <w:bCs/>
          <w:lang w:val="tr-TR"/>
        </w:rPr>
      </w:pPr>
    </w:p>
    <w:p w14:paraId="0960763B" w14:textId="693414E6" w:rsidR="00B667E6" w:rsidRPr="001E5504" w:rsidRDefault="001E5504" w:rsidP="001E5504">
      <w:pPr>
        <w:spacing w:after="120"/>
        <w:ind w:left="1440" w:firstLine="720"/>
        <w:rPr>
          <w:rFonts w:ascii="Times New Roman" w:hAnsi="Times New Roman" w:cs="Times New Roman"/>
          <w:b/>
          <w:bCs/>
          <w:lang w:val="tr-TR"/>
        </w:rPr>
      </w:pPr>
      <w:r w:rsidRPr="001E5504">
        <w:rPr>
          <w:rFonts w:ascii="Times New Roman" w:hAnsi="Times New Roman" w:cs="Times New Roman"/>
          <w:b/>
          <w:bCs/>
          <w:lang w:val="tr-TR"/>
        </w:rPr>
        <w:t>Öğrenci</w:t>
      </w:r>
      <w:r w:rsidRPr="001E5504">
        <w:rPr>
          <w:rFonts w:ascii="Times New Roman" w:hAnsi="Times New Roman" w:cs="Times New Roman"/>
          <w:b/>
          <w:bCs/>
          <w:lang w:val="tr-TR"/>
        </w:rPr>
        <w:tab/>
      </w:r>
      <w:r>
        <w:rPr>
          <w:rFonts w:ascii="Times New Roman" w:hAnsi="Times New Roman" w:cs="Times New Roman"/>
          <w:b/>
          <w:bCs/>
          <w:lang w:val="tr-TR"/>
        </w:rPr>
        <w:tab/>
      </w:r>
      <w:r>
        <w:rPr>
          <w:rFonts w:ascii="Times New Roman" w:hAnsi="Times New Roman" w:cs="Times New Roman"/>
          <w:b/>
          <w:bCs/>
          <w:lang w:val="tr-TR"/>
        </w:rPr>
        <w:tab/>
      </w:r>
      <w:r>
        <w:rPr>
          <w:rFonts w:ascii="Times New Roman" w:hAnsi="Times New Roman" w:cs="Times New Roman"/>
          <w:b/>
          <w:bCs/>
          <w:lang w:val="tr-TR"/>
        </w:rPr>
        <w:tab/>
      </w:r>
      <w:r>
        <w:rPr>
          <w:rFonts w:ascii="Times New Roman" w:hAnsi="Times New Roman" w:cs="Times New Roman"/>
          <w:b/>
          <w:bCs/>
          <w:lang w:val="tr-TR"/>
        </w:rPr>
        <w:tab/>
      </w:r>
      <w:r w:rsidRPr="001E5504">
        <w:rPr>
          <w:rFonts w:ascii="Times New Roman" w:hAnsi="Times New Roman" w:cs="Times New Roman"/>
          <w:b/>
          <w:bCs/>
          <w:lang w:val="tr-TR"/>
        </w:rPr>
        <w:t>Öğretim Elemanı / Danışman</w:t>
      </w:r>
    </w:p>
    <w:sectPr w:rsidR="00B667E6" w:rsidRPr="001E5504" w:rsidSect="00F82230">
      <w:type w:val="continuous"/>
      <w:pgSz w:w="12240" w:h="15840"/>
      <w:pgMar w:top="284" w:right="1041" w:bottom="28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E5504"/>
    <w:rsid w:val="0029639D"/>
    <w:rsid w:val="00326F90"/>
    <w:rsid w:val="00AA1D8D"/>
    <w:rsid w:val="00B06F71"/>
    <w:rsid w:val="00B47730"/>
    <w:rsid w:val="00B667E6"/>
    <w:rsid w:val="00BA6784"/>
    <w:rsid w:val="00CB0664"/>
    <w:rsid w:val="00F8223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CA1438C"/>
  <w14:defaultImageDpi w14:val="300"/>
  <w15:docId w15:val="{6E651AD8-3394-4702-B798-AC7FE0A24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yaz">
    <w:name w:val="Subtitle"/>
    <w:basedOn w:val="Normal"/>
    <w:next w:val="Normal"/>
    <w:link w:val="Altyaz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Alnt">
    <w:name w:val="Quote"/>
    <w:basedOn w:val="Normal"/>
    <w:next w:val="Normal"/>
    <w:link w:val="AlntChar"/>
    <w:uiPriority w:val="29"/>
    <w:qFormat/>
    <w:rsid w:val="00FC693F"/>
    <w:rPr>
      <w:i/>
      <w:iCs/>
      <w:color w:val="000000" w:themeColor="text1"/>
    </w:rPr>
  </w:style>
  <w:style w:type="character" w:customStyle="1" w:styleId="AlntChar">
    <w:name w:val="Alıntı Char"/>
    <w:basedOn w:val="VarsaylanParagrafYazTipi"/>
    <w:link w:val="Alnt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GlAlnt">
    <w:name w:val="Intense Quote"/>
    <w:basedOn w:val="Normal"/>
    <w:next w:val="Normal"/>
    <w:link w:val="GlAln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GlAlntChar">
    <w:name w:val="Güçlü Alıntı Char"/>
    <w:basedOn w:val="VarsaylanParagrafYazTipi"/>
    <w:link w:val="GlAlnt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1165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cp:lastModifiedBy>Eyüp GÜRCAN</cp:lastModifiedBy>
  <cp:revision>4</cp:revision>
  <dcterms:created xsi:type="dcterms:W3CDTF">2013-12-23T23:15:00Z</dcterms:created>
  <dcterms:modified xsi:type="dcterms:W3CDTF">2026-02-17T20:40:00Z</dcterms:modified>
  <cp:category/>
</cp:coreProperties>
</file>