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29AA8" w14:textId="77777777" w:rsidR="00FA7B4C" w:rsidRDefault="00FA7B4C" w:rsidP="00E03888">
      <w:pPr>
        <w:keepLines/>
        <w:spacing w:after="0"/>
        <w:jc w:val="center"/>
        <w:rPr>
          <w:b/>
          <w:sz w:val="20"/>
          <w:szCs w:val="20"/>
          <w:lang w:val="tr-TR"/>
        </w:rPr>
      </w:pPr>
    </w:p>
    <w:p w14:paraId="269902A5" w14:textId="4EFE092B" w:rsidR="00FA7B4C" w:rsidRDefault="006070D4" w:rsidP="00E03888">
      <w:pPr>
        <w:keepLines/>
        <w:spacing w:after="0"/>
        <w:jc w:val="center"/>
        <w:rPr>
          <w:sz w:val="20"/>
          <w:szCs w:val="20"/>
          <w:lang w:val="tr-TR"/>
        </w:rPr>
      </w:pPr>
      <w:r w:rsidRPr="00E03888">
        <w:rPr>
          <w:b/>
          <w:sz w:val="20"/>
          <w:szCs w:val="20"/>
          <w:lang w:val="tr-TR"/>
        </w:rPr>
        <w:t>NEVŞEHİR HACI BEKTAŞ VELİ ÜNİVERSİTESİ</w:t>
      </w:r>
      <w:r w:rsidR="00E03888">
        <w:rPr>
          <w:sz w:val="20"/>
          <w:szCs w:val="20"/>
          <w:lang w:val="tr-TR"/>
        </w:rPr>
        <w:t xml:space="preserve"> </w:t>
      </w:r>
    </w:p>
    <w:p w14:paraId="4BCA3FA6" w14:textId="77777777" w:rsidR="00FA7B4C" w:rsidRDefault="006070D4" w:rsidP="00E03888">
      <w:pPr>
        <w:keepLines/>
        <w:spacing w:after="0"/>
        <w:jc w:val="center"/>
        <w:rPr>
          <w:sz w:val="20"/>
          <w:szCs w:val="20"/>
          <w:lang w:val="tr-TR"/>
        </w:rPr>
      </w:pPr>
      <w:r w:rsidRPr="00E03888">
        <w:rPr>
          <w:b/>
          <w:sz w:val="20"/>
          <w:szCs w:val="20"/>
          <w:lang w:val="tr-TR"/>
        </w:rPr>
        <w:t>FEN BİLİMLERİ ENSTİTÜSÜ</w:t>
      </w:r>
      <w:r w:rsidR="00E03888">
        <w:rPr>
          <w:sz w:val="20"/>
          <w:szCs w:val="20"/>
          <w:lang w:val="tr-TR"/>
        </w:rPr>
        <w:t xml:space="preserve"> </w:t>
      </w:r>
    </w:p>
    <w:p w14:paraId="280954E4" w14:textId="57073D5F" w:rsidR="00AD14E9" w:rsidRPr="00E03888" w:rsidRDefault="006070D4" w:rsidP="00E03888">
      <w:pPr>
        <w:keepLines/>
        <w:spacing w:after="0"/>
        <w:jc w:val="center"/>
        <w:rPr>
          <w:sz w:val="20"/>
          <w:szCs w:val="20"/>
          <w:lang w:val="tr-TR"/>
        </w:rPr>
      </w:pPr>
      <w:r w:rsidRPr="00E03888">
        <w:rPr>
          <w:b/>
          <w:sz w:val="20"/>
          <w:szCs w:val="20"/>
          <w:lang w:val="tr-TR"/>
        </w:rPr>
        <w:t>MOLEKÜLER BİYOLOJİ VE GENETİK ANABİLİM DALI</w:t>
      </w:r>
    </w:p>
    <w:p w14:paraId="11A56C97" w14:textId="77777777" w:rsidR="00FA7B4C" w:rsidRDefault="006070D4" w:rsidP="00E03888">
      <w:pPr>
        <w:keepLines/>
        <w:spacing w:after="0"/>
        <w:jc w:val="center"/>
        <w:rPr>
          <w:sz w:val="20"/>
          <w:szCs w:val="20"/>
          <w:lang w:val="tr-TR"/>
        </w:rPr>
      </w:pPr>
      <w:r w:rsidRPr="00E03888">
        <w:rPr>
          <w:b/>
          <w:sz w:val="20"/>
          <w:szCs w:val="20"/>
          <w:lang w:val="tr-TR"/>
        </w:rPr>
        <w:t>2026-2027 EĞİTİM ÖĞRETİM YILI GÜZ YARIYILI</w:t>
      </w:r>
      <w:r w:rsidR="00E03888">
        <w:rPr>
          <w:sz w:val="20"/>
          <w:szCs w:val="20"/>
          <w:lang w:val="tr-TR"/>
        </w:rPr>
        <w:t xml:space="preserve"> </w:t>
      </w:r>
    </w:p>
    <w:p w14:paraId="71ABB680" w14:textId="7200540D" w:rsidR="00AD14E9" w:rsidRDefault="006070D4" w:rsidP="00E03888">
      <w:pPr>
        <w:keepLines/>
        <w:spacing w:after="0"/>
        <w:jc w:val="center"/>
        <w:rPr>
          <w:b/>
          <w:sz w:val="20"/>
          <w:szCs w:val="20"/>
          <w:lang w:val="tr-TR"/>
        </w:rPr>
      </w:pPr>
      <w:r w:rsidRPr="00E03888">
        <w:rPr>
          <w:b/>
          <w:sz w:val="20"/>
          <w:szCs w:val="20"/>
          <w:lang w:val="tr-TR"/>
        </w:rPr>
        <w:t>YÜKSEK LİSANS DERS PROGRAMI</w:t>
      </w:r>
    </w:p>
    <w:p w14:paraId="0F17EE3B" w14:textId="77777777" w:rsidR="00FA7B4C" w:rsidRDefault="00FA7B4C" w:rsidP="00E03888">
      <w:pPr>
        <w:keepLines/>
        <w:spacing w:after="0"/>
        <w:jc w:val="center"/>
        <w:rPr>
          <w:b/>
          <w:sz w:val="20"/>
          <w:szCs w:val="20"/>
          <w:lang w:val="tr-TR"/>
        </w:rPr>
      </w:pPr>
    </w:p>
    <w:p w14:paraId="63854668" w14:textId="77777777" w:rsidR="00AD14E9" w:rsidRPr="00E03888" w:rsidRDefault="00AD14E9" w:rsidP="006070D4">
      <w:pPr>
        <w:keepLines/>
        <w:spacing w:after="20"/>
        <w:rPr>
          <w:lang w:val="tr-TR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898"/>
        <w:gridCol w:w="2724"/>
        <w:gridCol w:w="2487"/>
        <w:gridCol w:w="3619"/>
        <w:gridCol w:w="3298"/>
        <w:gridCol w:w="3274"/>
      </w:tblGrid>
      <w:tr w:rsidR="00AD14E9" w:rsidRPr="00E03888" w14:paraId="200DC0E2" w14:textId="77777777" w:rsidTr="00E03888">
        <w:trPr>
          <w:trHeight w:val="665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AEAF201" w14:textId="55011216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SAAT</w:t>
            </w:r>
            <w:r w:rsidR="00FD0CEA" w:rsidRPr="00E03888">
              <w:rPr>
                <w:b/>
                <w:sz w:val="16"/>
                <w:szCs w:val="16"/>
                <w:lang w:val="tr-TR"/>
              </w:rPr>
              <w:t>/GÜN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52CB41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PAZARTESİ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D4C73F9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SALI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909FEEF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ÇARŞAMBA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85EAD1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PERŞEMBE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8E4584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CUMA</w:t>
            </w:r>
          </w:p>
        </w:tc>
      </w:tr>
      <w:tr w:rsidR="00AD14E9" w:rsidRPr="00E03888" w14:paraId="504D3A7D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AD4F1B" w14:textId="781E0DF8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08.30-09.15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C090B4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507 PAKET PROGRAMLAR ILE VERI ANALIZI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MUSA KAR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77C37AF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537 ÖKARYOTIK MOLEKÜLER GENETIK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ZÜBEYDE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3711CCC" w14:textId="77777777" w:rsidR="00AD14E9" w:rsidRPr="00E03888" w:rsidRDefault="00AD14E9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56AB16C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595 YAYIN HAZIRLAMA VE ARAŞTIRMA YÖNTEMLERI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ÖZLEM FINDIK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324)</w:t>
            </w:r>
          </w:p>
          <w:p w14:paraId="79256B0D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2B88C45D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545 ÇEVRE BIYOTEKNOLOJISI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ZELIHA LEBLEBİCİ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322)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E1FA54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529 DNA MUTAGENEZI VE TAMIR MEKANIZMALARI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ÜMIT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323)</w:t>
            </w:r>
          </w:p>
        </w:tc>
      </w:tr>
      <w:tr w:rsidR="00AD14E9" w:rsidRPr="00E03888" w14:paraId="25EC91FE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DC99C4F" w14:textId="4CCD6F6E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09.30-10.15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A7E66CD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507 PAKET PROGRAMLAR ILE VERI ANALIZI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MUSA KAR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3ABA16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537 ÖKARYOTIK MOLEKÜLER GENETIK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ZÜBEYDE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E01C253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501 BIYOSENSÖRLER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HILAL İNCEBAY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308)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88A5F1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595 YAYIN HAZIRLAMA VE ARAŞTIRMA YÖNTEMLERI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ÖZLEM FINDIK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324)</w:t>
            </w:r>
          </w:p>
          <w:p w14:paraId="39530CCE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421F1739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545 ÇEVRE BIYOTEKNOLOJISI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ZELIHA LEBLEBİCİ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322)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DCABE1F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529 DNA MUTAGENEZI VE TAMIR MEKANIZMALARI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ÜMIT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323)</w:t>
            </w:r>
          </w:p>
        </w:tc>
      </w:tr>
      <w:tr w:rsidR="00AD14E9" w:rsidRPr="00E03888" w14:paraId="0A02E44D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A971DF" w14:textId="6CC8D243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10.30-11.15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82657C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507 PAKET PROGRAMLAR ILE VERI ANALIZI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MUSA KAR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7C080E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537 ÖKARYOTIK MOLEKÜLER GENETIK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ZÜBEYDE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4E0243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501 BIYOSENSÖRLER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HILAL İNCEBAY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308)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FB9A3DF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595 YAYIN HAZIRLAMA VE ARAŞTIRMA YÖNTEMLERI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ÖZLEM FINDIK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324)</w:t>
            </w:r>
          </w:p>
          <w:p w14:paraId="1FD0928E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1F9324AF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545 ÇEVRE BIYOTEKNOLOJISI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ZELIHA LEBLEBİCİ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322)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F311E8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529 DNA MUTAGENEZI VE TAMIR MEKANIZMALARI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ÜMIT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323)</w:t>
            </w:r>
          </w:p>
        </w:tc>
      </w:tr>
      <w:tr w:rsidR="00AD14E9" w:rsidRPr="00E03888" w14:paraId="0F03FE24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FD0A8E" w14:textId="468BD300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11.30-12.15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58AC659" w14:textId="77777777" w:rsidR="00AD14E9" w:rsidRPr="00E03888" w:rsidRDefault="00AD14E9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7E8193A" w14:textId="77777777" w:rsidR="00AD14E9" w:rsidRPr="00E03888" w:rsidRDefault="00AD14E9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E1C9830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501 BIYOSENSÖRLER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HILAL İNCEBAY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308)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076CA3" w14:textId="77777777" w:rsidR="00AD14E9" w:rsidRPr="00E03888" w:rsidRDefault="00AD14E9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9DF8526" w14:textId="77777777" w:rsidR="00AD14E9" w:rsidRPr="00E03888" w:rsidRDefault="00AD14E9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AD14E9" w:rsidRPr="00E03888" w14:paraId="5ED6404A" w14:textId="77777777" w:rsidTr="00E03888">
        <w:trPr>
          <w:trHeight w:val="1020"/>
          <w:jc w:val="center"/>
        </w:trPr>
        <w:tc>
          <w:tcPr>
            <w:tcW w:w="0" w:type="auto"/>
            <w:gridSpan w:val="6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395DF5" w14:textId="1C0F25DB" w:rsidR="00AD14E9" w:rsidRPr="00E03888" w:rsidRDefault="006070D4" w:rsidP="006070D4">
            <w:pPr>
              <w:spacing w:after="0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sz w:val="16"/>
                <w:szCs w:val="16"/>
                <w:lang w:val="tr-TR"/>
              </w:rPr>
              <w:t>1</w:t>
            </w:r>
            <w:r w:rsidR="00FD0CEA" w:rsidRPr="00E03888">
              <w:rPr>
                <w:b/>
                <w:sz w:val="16"/>
                <w:szCs w:val="16"/>
                <w:lang w:val="tr-TR"/>
              </w:rPr>
              <w:t>2.30-13.30</w:t>
            </w:r>
            <w:r w:rsidRPr="00E03888">
              <w:rPr>
                <w:b/>
                <w:sz w:val="16"/>
                <w:szCs w:val="16"/>
                <w:lang w:val="tr-TR"/>
              </w:rPr>
              <w:t xml:space="preserve">                                      </w:t>
            </w:r>
            <w:r w:rsidR="009B5AC5" w:rsidRPr="00E03888">
              <w:rPr>
                <w:b/>
                <w:sz w:val="16"/>
                <w:szCs w:val="16"/>
                <w:lang w:val="tr-TR"/>
              </w:rPr>
              <w:t xml:space="preserve">                                                                                                                                      </w:t>
            </w:r>
            <w:r w:rsidRPr="00E03888">
              <w:rPr>
                <w:b/>
                <w:sz w:val="16"/>
                <w:szCs w:val="16"/>
                <w:lang w:val="tr-TR"/>
              </w:rPr>
              <w:t xml:space="preserve"> </w:t>
            </w:r>
            <w:r w:rsidR="009B5AC5" w:rsidRPr="00E03888">
              <w:rPr>
                <w:b/>
                <w:sz w:val="16"/>
                <w:szCs w:val="16"/>
                <w:lang w:val="tr-TR"/>
              </w:rPr>
              <w:t xml:space="preserve">    </w:t>
            </w:r>
            <w:r w:rsidRPr="00E03888">
              <w:rPr>
                <w:b/>
                <w:sz w:val="16"/>
                <w:szCs w:val="16"/>
                <w:lang w:val="tr-TR"/>
              </w:rPr>
              <w:t>ÖĞLE ARASI</w:t>
            </w:r>
          </w:p>
        </w:tc>
      </w:tr>
      <w:tr w:rsidR="00AD14E9" w:rsidRPr="00E03888" w14:paraId="060696E5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6D513D" w14:textId="48846EEF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lastRenderedPageBreak/>
              <w:t>13.30-14.15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ECA0EB" w14:textId="77777777" w:rsidR="00FD0CEA" w:rsidRPr="00E03888" w:rsidRDefault="00FD0CEA" w:rsidP="00FD0CEA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500 SEMİNER</w:t>
            </w:r>
          </w:p>
          <w:p w14:paraId="1EE6437F" w14:textId="77777777" w:rsidR="00FD0CEA" w:rsidRPr="00E03888" w:rsidRDefault="00FD0CEA" w:rsidP="00FD0CEA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DR. ÖĞR. ÜYESI ENVER E. ANDEDEN</w:t>
            </w:r>
          </w:p>
          <w:p w14:paraId="68D282C0" w14:textId="02B816BD" w:rsidR="00FD0CEA" w:rsidRPr="00E03888" w:rsidRDefault="00FD0CEA" w:rsidP="00FD0CEA">
            <w:pPr>
              <w:spacing w:after="0"/>
              <w:jc w:val="center"/>
              <w:rPr>
                <w:b/>
                <w:b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sz w:val="16"/>
                <w:szCs w:val="16"/>
                <w:lang w:val="tr-TR"/>
              </w:rPr>
              <w:t>(FEF307)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EEEE7AC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525 MOLEKÜLER TOKSIKOLOJI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ZÜBEYDE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3AAF36" w14:textId="77777777" w:rsidR="00AD14E9" w:rsidRPr="00E03888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509 OKSIDATIF SINYALIZASYON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MUSA KAR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306)</w:t>
            </w:r>
          </w:p>
          <w:p w14:paraId="0C60A308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2BEAB121" w14:textId="338A84A2" w:rsidR="00AD14E9" w:rsidRDefault="006070D4" w:rsidP="00FA7B4C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505 BIYOAYIRMA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HILAL İNCEBAY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308)</w:t>
            </w:r>
          </w:p>
          <w:p w14:paraId="2E3B42C6" w14:textId="77777777" w:rsidR="00FA7B4C" w:rsidRPr="00E03888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  <w:p w14:paraId="659A0CB0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523 BIYOLOJIK ARAŞTIRMALARDA MODEL ORGANIZMALAR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ÖZLEM FINDIK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324)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C98AD37" w14:textId="77777777" w:rsidR="00AD14E9" w:rsidRPr="00E03888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547 BITKI BIYOTEKNOLOJISI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ZELIHA LEBLEBİCİ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322)</w:t>
            </w:r>
          </w:p>
          <w:p w14:paraId="3A135375" w14:textId="77777777" w:rsidR="00E03888" w:rsidRPr="00E03888" w:rsidRDefault="00E03888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  <w:p w14:paraId="0513B730" w14:textId="77777777" w:rsidR="00E03888" w:rsidRPr="00E03888" w:rsidRDefault="00E03888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519 PROTEIN BIYOKIMYASI</w:t>
            </w:r>
          </w:p>
          <w:p w14:paraId="7E4A9957" w14:textId="77777777" w:rsidR="00E03888" w:rsidRPr="00E03888" w:rsidRDefault="00E03888" w:rsidP="006070D4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DOÇ. DR. NAŞİT İĞCİ</w:t>
            </w:r>
          </w:p>
          <w:p w14:paraId="61E5A3A3" w14:textId="10AC16FF" w:rsidR="00E03888" w:rsidRPr="00DC16D7" w:rsidRDefault="00E03888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DC16D7">
              <w:rPr>
                <w:b/>
                <w:bCs/>
                <w:sz w:val="16"/>
                <w:szCs w:val="16"/>
                <w:lang w:val="tr-TR"/>
              </w:rPr>
              <w:t>(FEF 323)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355712" w14:textId="77777777" w:rsidR="00AD14E9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533 OKSIDATIF STRES VE ANTIOKSIDAN SISTEMLER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ÜMIT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323)</w:t>
            </w:r>
          </w:p>
          <w:p w14:paraId="4BBD32EA" w14:textId="77777777" w:rsidR="00FA7B4C" w:rsidRDefault="00FA7B4C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</w:p>
          <w:p w14:paraId="34572316" w14:textId="77777777" w:rsidR="00FA7B4C" w:rsidRPr="00E03888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 xml:space="preserve">MBG 517 KROMATOGRAFININ TEMEL PRENSIPLERI </w:t>
            </w:r>
          </w:p>
          <w:p w14:paraId="0DE9C1EF" w14:textId="77777777" w:rsidR="00FA7B4C" w:rsidRPr="00E03888" w:rsidRDefault="00FA7B4C" w:rsidP="00FA7B4C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DOÇ. DR. NAŞİT İĞCİ</w:t>
            </w:r>
          </w:p>
          <w:p w14:paraId="5BC1B77A" w14:textId="77777777" w:rsidR="00FA7B4C" w:rsidRPr="00DC16D7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DC16D7">
              <w:rPr>
                <w:b/>
                <w:bCs/>
                <w:sz w:val="16"/>
                <w:szCs w:val="16"/>
                <w:lang w:val="tr-TR"/>
              </w:rPr>
              <w:t>(FEF 323)</w:t>
            </w:r>
          </w:p>
          <w:p w14:paraId="41C38D0A" w14:textId="77777777" w:rsidR="00FA7B4C" w:rsidRPr="00E03888" w:rsidRDefault="00FA7B4C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AD14E9" w:rsidRPr="00E03888" w14:paraId="326D5439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5D79600" w14:textId="53D0319B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14.30-15.15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4A856D" w14:textId="77777777" w:rsidR="00FD0CEA" w:rsidRPr="00E03888" w:rsidRDefault="00FD0CEA" w:rsidP="00FD0CEA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500 SEMİNER</w:t>
            </w:r>
          </w:p>
          <w:p w14:paraId="57ED80F6" w14:textId="4374EDC5" w:rsidR="00FD0CEA" w:rsidRPr="00E03888" w:rsidRDefault="00FD0CEA" w:rsidP="00FD0CEA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DR. ÖĞR. ÜYESI ENVER E. ANDEDEN</w:t>
            </w:r>
          </w:p>
          <w:p w14:paraId="7AA24A6C" w14:textId="4D795075" w:rsidR="00AD14E9" w:rsidRPr="00E03888" w:rsidRDefault="00FD0CEA" w:rsidP="00FD0CEA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sz w:val="16"/>
                <w:szCs w:val="16"/>
                <w:lang w:val="tr-TR"/>
              </w:rPr>
              <w:t>(FEF307)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0E1BED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525 MOLEKÜLER TOKSIKOLOJI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ZÜBEYDE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523555" w14:textId="77777777" w:rsidR="00AD14E9" w:rsidRPr="00E03888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509 OKSIDATIF SINYALIZASYON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MUSA KAR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306)</w:t>
            </w:r>
          </w:p>
          <w:p w14:paraId="3BD4B660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6A655910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505 BIYOAYIRMA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HILAL İNCEBAY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308)</w:t>
            </w:r>
          </w:p>
          <w:p w14:paraId="4D16B2FF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7ADDC7F6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523 BIYOLOJIK ARAŞTIRMALARDA MODEL ORGANIZMALAR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ÖZLEM FINDIK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324)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FD2C38" w14:textId="77777777" w:rsidR="00AD14E9" w:rsidRPr="00E03888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547 BITKI BIYOTEKNOLOJISI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ZELIHA LEBLEBİCİ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322)</w:t>
            </w:r>
          </w:p>
          <w:p w14:paraId="3DA6165E" w14:textId="77777777" w:rsidR="00E03888" w:rsidRPr="00E03888" w:rsidRDefault="00E03888" w:rsidP="00E03888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27B4E107" w14:textId="77777777" w:rsidR="00E03888" w:rsidRPr="00E03888" w:rsidRDefault="00E03888" w:rsidP="00E03888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519 PROTEIN BIYOKIMYASI</w:t>
            </w:r>
          </w:p>
          <w:p w14:paraId="61298AF4" w14:textId="77777777" w:rsidR="00E03888" w:rsidRPr="00E03888" w:rsidRDefault="00E03888" w:rsidP="00E03888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DOÇ. DR. NAŞİT İĞCİ</w:t>
            </w:r>
          </w:p>
          <w:p w14:paraId="294D14B7" w14:textId="11C4A270" w:rsidR="00E03888" w:rsidRPr="00DC16D7" w:rsidRDefault="00E03888" w:rsidP="00E03888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DC16D7">
              <w:rPr>
                <w:b/>
                <w:bCs/>
                <w:sz w:val="16"/>
                <w:szCs w:val="16"/>
                <w:lang w:val="tr-TR"/>
              </w:rPr>
              <w:t>(FEF 323)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CF7AF8" w14:textId="77777777" w:rsidR="00AD14E9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533 OKSIDATIF STRES VE ANTIOKSIDAN SISTEMLER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ÜMIT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323)</w:t>
            </w:r>
          </w:p>
          <w:p w14:paraId="2367FEC9" w14:textId="77777777" w:rsidR="00FA7B4C" w:rsidRDefault="00FA7B4C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</w:p>
          <w:p w14:paraId="67A63198" w14:textId="77777777" w:rsidR="00FA7B4C" w:rsidRPr="00E03888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 xml:space="preserve">MBG 517 KROMATOGRAFININ TEMEL PRENSIPLERI </w:t>
            </w:r>
          </w:p>
          <w:p w14:paraId="6DC9867B" w14:textId="77777777" w:rsidR="00FA7B4C" w:rsidRPr="00E03888" w:rsidRDefault="00FA7B4C" w:rsidP="00FA7B4C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DOÇ. DR. NAŞİT İĞCİ</w:t>
            </w:r>
          </w:p>
          <w:p w14:paraId="67391CF5" w14:textId="77777777" w:rsidR="00FA7B4C" w:rsidRPr="00DC16D7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DC16D7">
              <w:rPr>
                <w:b/>
                <w:bCs/>
                <w:sz w:val="16"/>
                <w:szCs w:val="16"/>
                <w:lang w:val="tr-TR"/>
              </w:rPr>
              <w:t>(FEF 323)</w:t>
            </w:r>
          </w:p>
          <w:p w14:paraId="0D207D23" w14:textId="77777777" w:rsidR="00FA7B4C" w:rsidRPr="00E03888" w:rsidRDefault="00FA7B4C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AD14E9" w:rsidRPr="00E03888" w14:paraId="11F5E435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44E480" w14:textId="67371701" w:rsidR="00AD14E9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15.30-16.15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8FEDB84" w14:textId="13B63305" w:rsidR="00AD14E9" w:rsidRPr="00E03888" w:rsidRDefault="00AD14E9" w:rsidP="00FD0CEA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3828B4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525 MOLEKÜLER TOKSIKOLOJI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ZÜBEYDE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326)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97E3B62" w14:textId="77777777" w:rsidR="00AD14E9" w:rsidRPr="00E03888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509 OKSIDATIF SINYALIZASYON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MUSA KAR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306)</w:t>
            </w:r>
          </w:p>
          <w:p w14:paraId="7AB90F11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2883F1BE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505 BIYOAYIRMA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HILAL İNCEBAY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308)</w:t>
            </w:r>
          </w:p>
          <w:p w14:paraId="68DDD585" w14:textId="77777777" w:rsidR="00AD14E9" w:rsidRPr="00E03888" w:rsidRDefault="00AD14E9" w:rsidP="006070D4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215544CE" w14:textId="77777777" w:rsidR="00AD14E9" w:rsidRPr="00E03888" w:rsidRDefault="006070D4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523 BIYOLOJIK ARAŞTIRMALARDA MODEL ORGANIZMALAR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ÖZLEM FINDIK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324)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39DA69" w14:textId="77777777" w:rsidR="00AD14E9" w:rsidRPr="00E03888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547 BITKI BIYOTEKNOLOJISI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PROF. DR. ZELIHA LEBLEBİCİ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322)</w:t>
            </w:r>
          </w:p>
          <w:p w14:paraId="3B20EA77" w14:textId="77777777" w:rsidR="00E03888" w:rsidRPr="00E03888" w:rsidRDefault="00E03888" w:rsidP="00E03888">
            <w:pPr>
              <w:spacing w:after="0"/>
              <w:rPr>
                <w:sz w:val="16"/>
                <w:szCs w:val="16"/>
                <w:lang w:val="tr-TR"/>
              </w:rPr>
            </w:pPr>
          </w:p>
          <w:p w14:paraId="78CF9D83" w14:textId="77777777" w:rsidR="00E03888" w:rsidRPr="00E03888" w:rsidRDefault="00E03888" w:rsidP="00E03888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519 PROTEIN BIYOKIMYASI</w:t>
            </w:r>
          </w:p>
          <w:p w14:paraId="4FDA92F7" w14:textId="77777777" w:rsidR="00E03888" w:rsidRPr="00E03888" w:rsidRDefault="00E03888" w:rsidP="00E03888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DOÇ. DR. NAŞİT İĞCİ</w:t>
            </w:r>
          </w:p>
          <w:p w14:paraId="5F3D657B" w14:textId="0F44E89F" w:rsidR="00E03888" w:rsidRPr="00DC16D7" w:rsidRDefault="00E03888" w:rsidP="00E03888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DC16D7">
              <w:rPr>
                <w:b/>
                <w:bCs/>
                <w:sz w:val="16"/>
                <w:szCs w:val="16"/>
                <w:lang w:val="tr-TR"/>
              </w:rPr>
              <w:t>(FEF 323)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6A33BFE" w14:textId="77777777" w:rsidR="00AD14E9" w:rsidRDefault="006070D4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MBG 533 OKSIDATIF STRES VE ANTIOKSIDAN SISTEMLER</w:t>
            </w:r>
            <w:r w:rsidRPr="00E03888">
              <w:rPr>
                <w:sz w:val="16"/>
                <w:szCs w:val="16"/>
                <w:lang w:val="tr-TR"/>
              </w:rPr>
              <w:br/>
            </w:r>
            <w:r w:rsidRPr="00E03888">
              <w:rPr>
                <w:b/>
                <w:i/>
                <w:sz w:val="16"/>
                <w:szCs w:val="16"/>
                <w:lang w:val="tr-TR"/>
              </w:rPr>
              <w:t>DOÇ. DR. ÜMIT KUMBIÇAK</w:t>
            </w:r>
            <w:r w:rsidRPr="00E03888">
              <w:rPr>
                <w:b/>
                <w:sz w:val="16"/>
                <w:szCs w:val="16"/>
                <w:lang w:val="tr-TR"/>
              </w:rPr>
              <w:br/>
              <w:t>(FEF 323)</w:t>
            </w:r>
          </w:p>
          <w:p w14:paraId="3D151077" w14:textId="77777777" w:rsidR="00FA7B4C" w:rsidRDefault="00FA7B4C" w:rsidP="006070D4">
            <w:pPr>
              <w:spacing w:after="0"/>
              <w:jc w:val="center"/>
              <w:rPr>
                <w:b/>
                <w:sz w:val="16"/>
                <w:szCs w:val="16"/>
                <w:lang w:val="tr-TR"/>
              </w:rPr>
            </w:pPr>
          </w:p>
          <w:p w14:paraId="6C258A02" w14:textId="77777777" w:rsidR="00FA7B4C" w:rsidRPr="00E03888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 xml:space="preserve">MBG 517 KROMATOGRAFININ TEMEL PRENSIPLERI </w:t>
            </w:r>
          </w:p>
          <w:p w14:paraId="772C5454" w14:textId="77777777" w:rsidR="00FA7B4C" w:rsidRPr="00E03888" w:rsidRDefault="00FA7B4C" w:rsidP="00FA7B4C">
            <w:pPr>
              <w:spacing w:after="0"/>
              <w:jc w:val="center"/>
              <w:rPr>
                <w:b/>
                <w:bCs/>
                <w:i/>
                <w:iCs/>
                <w:sz w:val="16"/>
                <w:szCs w:val="16"/>
                <w:lang w:val="tr-TR"/>
              </w:rPr>
            </w:pPr>
            <w:r w:rsidRPr="00E03888">
              <w:rPr>
                <w:b/>
                <w:bCs/>
                <w:i/>
                <w:iCs/>
                <w:sz w:val="16"/>
                <w:szCs w:val="16"/>
                <w:lang w:val="tr-TR"/>
              </w:rPr>
              <w:t>DOÇ. DR. NAŞİT İĞCİ</w:t>
            </w:r>
          </w:p>
          <w:p w14:paraId="7AAC000A" w14:textId="77777777" w:rsidR="00FA7B4C" w:rsidRPr="00DC16D7" w:rsidRDefault="00FA7B4C" w:rsidP="00FA7B4C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DC16D7">
              <w:rPr>
                <w:b/>
                <w:bCs/>
                <w:sz w:val="16"/>
                <w:szCs w:val="16"/>
                <w:lang w:val="tr-TR"/>
              </w:rPr>
              <w:t>(FEF 323)</w:t>
            </w:r>
          </w:p>
          <w:p w14:paraId="516B06EF" w14:textId="77777777" w:rsidR="00FA7B4C" w:rsidRPr="00E03888" w:rsidRDefault="00FA7B4C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</w:tr>
      <w:tr w:rsidR="00FD0CEA" w:rsidRPr="00E03888" w14:paraId="368B4F25" w14:textId="77777777" w:rsidTr="00E03888">
        <w:trPr>
          <w:trHeight w:val="1020"/>
          <w:jc w:val="center"/>
        </w:trPr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shd w:val="clear" w:color="auto" w:fill="D9D9D9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ED9DBB5" w14:textId="48837BA2" w:rsidR="00FD0CEA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  <w:r w:rsidRPr="00E03888">
              <w:rPr>
                <w:sz w:val="16"/>
                <w:szCs w:val="16"/>
                <w:lang w:val="tr-TR"/>
              </w:rPr>
              <w:t>16.30-17.15</w:t>
            </w: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CE9029" w14:textId="77777777" w:rsidR="00FD0CEA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D7D53D5" w14:textId="77777777" w:rsidR="00FD0CEA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05CB2C" w14:textId="77777777" w:rsidR="00FD0CEA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5504B0D" w14:textId="77777777" w:rsidR="00FD0CEA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  <w:tc>
          <w:tcPr>
            <w:tcW w:w="0" w:type="auto"/>
            <w:tcBorders>
              <w:top w:val="single" w:sz="11" w:space="0" w:color="000000"/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45BF322" w14:textId="77777777" w:rsidR="00FD0CEA" w:rsidRPr="00E03888" w:rsidRDefault="00FD0CEA" w:rsidP="006070D4">
            <w:pPr>
              <w:spacing w:after="0"/>
              <w:jc w:val="center"/>
              <w:rPr>
                <w:sz w:val="16"/>
                <w:szCs w:val="16"/>
                <w:lang w:val="tr-TR"/>
              </w:rPr>
            </w:pPr>
          </w:p>
        </w:tc>
      </w:tr>
    </w:tbl>
    <w:p w14:paraId="26D510E6" w14:textId="5E403DE8" w:rsidR="00AD14E9" w:rsidRPr="00E03888" w:rsidRDefault="009B5AC5" w:rsidP="006070D4">
      <w:pPr>
        <w:keepLines/>
        <w:spacing w:before="240" w:after="0"/>
        <w:rPr>
          <w:sz w:val="16"/>
          <w:szCs w:val="16"/>
          <w:lang w:val="tr-TR"/>
        </w:rPr>
      </w:pPr>
      <w:r w:rsidRPr="00E03888">
        <w:rPr>
          <w:sz w:val="16"/>
          <w:szCs w:val="16"/>
          <w:lang w:val="tr-TR"/>
        </w:rPr>
        <w:t xml:space="preserve">  </w:t>
      </w:r>
      <w:r w:rsidR="006070D4" w:rsidRPr="00E03888">
        <w:rPr>
          <w:b/>
          <w:sz w:val="16"/>
          <w:szCs w:val="16"/>
          <w:lang w:val="tr-TR"/>
        </w:rPr>
        <w:t>* TÜM DERSLER, ÖĞRETİM ÜYELERİNİN OFİSLERİNDE YAPILACAKTIR.</w:t>
      </w:r>
    </w:p>
    <w:p w14:paraId="64C7A55A" w14:textId="222BA4D7" w:rsidR="00AD14E9" w:rsidRPr="00E03888" w:rsidRDefault="009B5AC5" w:rsidP="00E03888">
      <w:pPr>
        <w:keepLines/>
        <w:spacing w:after="0"/>
        <w:rPr>
          <w:sz w:val="16"/>
          <w:szCs w:val="16"/>
          <w:lang w:val="tr-TR"/>
        </w:rPr>
      </w:pPr>
      <w:r w:rsidRPr="00E03888">
        <w:rPr>
          <w:b/>
          <w:sz w:val="16"/>
          <w:szCs w:val="16"/>
          <w:lang w:val="tr-TR"/>
        </w:rPr>
        <w:t xml:space="preserve">  </w:t>
      </w:r>
      <w:r w:rsidR="006070D4" w:rsidRPr="00E03888">
        <w:rPr>
          <w:b/>
          <w:sz w:val="16"/>
          <w:szCs w:val="16"/>
          <w:lang w:val="tr-TR"/>
        </w:rPr>
        <w:t>** FEF: FEN EDEBİYAT FAKÜLTES</w:t>
      </w:r>
      <w:r w:rsidR="00E03888" w:rsidRPr="00E03888">
        <w:rPr>
          <w:b/>
          <w:sz w:val="16"/>
          <w:szCs w:val="16"/>
          <w:lang w:val="tr-TR"/>
        </w:rPr>
        <w:t>İ</w:t>
      </w:r>
      <w:r w:rsidR="00E03888" w:rsidRPr="00E03888">
        <w:rPr>
          <w:sz w:val="16"/>
          <w:szCs w:val="16"/>
          <w:lang w:val="tr-TR"/>
        </w:rPr>
        <w:t xml:space="preserve"> </w:t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sz w:val="16"/>
          <w:szCs w:val="16"/>
          <w:lang w:val="tr-TR"/>
        </w:rPr>
        <w:tab/>
      </w:r>
      <w:r w:rsidR="00E03888" w:rsidRPr="00E03888">
        <w:rPr>
          <w:b/>
          <w:bCs/>
          <w:sz w:val="16"/>
          <w:szCs w:val="16"/>
          <w:lang w:val="tr-TR"/>
        </w:rPr>
        <w:t xml:space="preserve"> </w:t>
      </w:r>
      <w:r w:rsidR="00E03888">
        <w:rPr>
          <w:b/>
          <w:bCs/>
          <w:sz w:val="16"/>
          <w:szCs w:val="16"/>
          <w:lang w:val="tr-TR"/>
        </w:rPr>
        <w:t xml:space="preserve">              </w:t>
      </w:r>
      <w:r w:rsidR="00E03888" w:rsidRPr="00E03888">
        <w:rPr>
          <w:b/>
          <w:bCs/>
          <w:sz w:val="16"/>
          <w:szCs w:val="16"/>
          <w:lang w:val="tr-TR"/>
        </w:rPr>
        <w:t>PROF.</w:t>
      </w:r>
      <w:r w:rsidR="006070D4" w:rsidRPr="00E03888">
        <w:rPr>
          <w:b/>
          <w:bCs/>
          <w:sz w:val="16"/>
          <w:szCs w:val="16"/>
          <w:lang w:val="tr-TR"/>
        </w:rPr>
        <w:t xml:space="preserve"> DR. ÖZLEM FINDIK</w:t>
      </w:r>
    </w:p>
    <w:p w14:paraId="5A1F5F96" w14:textId="77777777" w:rsidR="00AD14E9" w:rsidRPr="00E03888" w:rsidRDefault="006070D4" w:rsidP="006070D4">
      <w:pPr>
        <w:keepLines/>
        <w:spacing w:after="0"/>
        <w:jc w:val="right"/>
        <w:rPr>
          <w:sz w:val="16"/>
          <w:szCs w:val="16"/>
          <w:lang w:val="tr-TR"/>
        </w:rPr>
      </w:pPr>
      <w:r w:rsidRPr="00E03888">
        <w:rPr>
          <w:b/>
          <w:sz w:val="16"/>
          <w:szCs w:val="16"/>
          <w:lang w:val="tr-TR"/>
        </w:rPr>
        <w:t>ANABİLİM DALI BAŞKANI</w:t>
      </w:r>
    </w:p>
    <w:sectPr w:rsidR="00AD14E9" w:rsidRPr="00E03888" w:rsidSect="00034616">
      <w:pgSz w:w="16838" w:h="11906" w:orient="landscape"/>
      <w:pgMar w:top="312" w:right="255" w:bottom="312" w:left="255" w:header="113" w:footer="11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ECBDFC" w14:textId="77777777" w:rsidR="00510435" w:rsidRDefault="00510435" w:rsidP="00FA7B4C">
      <w:pPr>
        <w:spacing w:after="0" w:line="240" w:lineRule="auto"/>
      </w:pPr>
      <w:r>
        <w:separator/>
      </w:r>
    </w:p>
  </w:endnote>
  <w:endnote w:type="continuationSeparator" w:id="0">
    <w:p w14:paraId="0FC22D68" w14:textId="77777777" w:rsidR="00510435" w:rsidRDefault="00510435" w:rsidP="00FA7B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5B1CAE" w14:textId="77777777" w:rsidR="00510435" w:rsidRDefault="00510435" w:rsidP="00FA7B4C">
      <w:pPr>
        <w:spacing w:after="0" w:line="240" w:lineRule="auto"/>
      </w:pPr>
      <w:r>
        <w:separator/>
      </w:r>
    </w:p>
  </w:footnote>
  <w:footnote w:type="continuationSeparator" w:id="0">
    <w:p w14:paraId="043F414E" w14:textId="77777777" w:rsidR="00510435" w:rsidRDefault="00510435" w:rsidP="00FA7B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66889600">
    <w:abstractNumId w:val="8"/>
  </w:num>
  <w:num w:numId="2" w16cid:durableId="1217276164">
    <w:abstractNumId w:val="6"/>
  </w:num>
  <w:num w:numId="3" w16cid:durableId="1389066780">
    <w:abstractNumId w:val="5"/>
  </w:num>
  <w:num w:numId="4" w16cid:durableId="1948809686">
    <w:abstractNumId w:val="4"/>
  </w:num>
  <w:num w:numId="5" w16cid:durableId="342054753">
    <w:abstractNumId w:val="7"/>
  </w:num>
  <w:num w:numId="6" w16cid:durableId="746879021">
    <w:abstractNumId w:val="3"/>
  </w:num>
  <w:num w:numId="7" w16cid:durableId="168183313">
    <w:abstractNumId w:val="2"/>
  </w:num>
  <w:num w:numId="8" w16cid:durableId="1877616138">
    <w:abstractNumId w:val="1"/>
  </w:num>
  <w:num w:numId="9" w16cid:durableId="7329690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07AA6"/>
    <w:rsid w:val="00326F90"/>
    <w:rsid w:val="00510435"/>
    <w:rsid w:val="005B567F"/>
    <w:rsid w:val="006070D4"/>
    <w:rsid w:val="009B5AC5"/>
    <w:rsid w:val="00AA1D8D"/>
    <w:rsid w:val="00AD14E9"/>
    <w:rsid w:val="00B47730"/>
    <w:rsid w:val="00B52F3C"/>
    <w:rsid w:val="00CB0664"/>
    <w:rsid w:val="00DC16D7"/>
    <w:rsid w:val="00E03888"/>
    <w:rsid w:val="00FA7B4C"/>
    <w:rsid w:val="00FC693F"/>
    <w:rsid w:val="00FD0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B5A359"/>
  <w14:defaultImageDpi w14:val="300"/>
  <w15:docId w15:val="{289CCA6D-5206-46CF-AD82-248A6ACB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15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560</Words>
  <Characters>3197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3750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2026-2027 Güz Yarıyılı Yüksek Lisans Ders Programı</dc:title>
  <dc:subject>Moleküler Biyoloji ve Genetik Anabilim Dalı</dc:subject>
  <dc:creator>python-docx</dc:creator>
  <cp:keywords/>
  <dc:description>generated by python-docx</dc:description>
  <cp:lastModifiedBy>enver ersoy andeden</cp:lastModifiedBy>
  <cp:revision>8</cp:revision>
  <dcterms:created xsi:type="dcterms:W3CDTF">2026-09-07T17:36:00Z</dcterms:created>
  <dcterms:modified xsi:type="dcterms:W3CDTF">2026-09-11T11:42:00Z</dcterms:modified>
  <cp:category/>
</cp:coreProperties>
</file>