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4E69" w:rsidRDefault="00FA1154" w:rsidP="00FA1154">
      <w:pPr>
        <w:pStyle w:val="Heading1"/>
      </w:pPr>
      <w:r>
        <w:t>ZORUNLU STAJ KAPSAMINDA ERASMUS+ STAJ HAREKETLİLİĞİ BAŞVURU DİLEKÇESİ</w:t>
      </w:r>
    </w:p>
    <w:p w:rsidR="00FA1154" w:rsidRPr="00FA1154" w:rsidRDefault="00FA1154" w:rsidP="00FA115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br/>
      </w:r>
      <w:r w:rsidRPr="00FA1154">
        <w:rPr>
          <w:rFonts w:ascii="Times New Roman" w:hAnsi="Times New Roman" w:cs="Times New Roman"/>
          <w:b/>
          <w:sz w:val="24"/>
          <w:szCs w:val="24"/>
        </w:rPr>
        <w:t>NEVŞEHİR HACI BEKTAŞ VELI ÜNİVERSİTESİ</w:t>
      </w:r>
    </w:p>
    <w:p w:rsidR="00FA1154" w:rsidRPr="00FA1154" w:rsidRDefault="00FA1154" w:rsidP="00FA115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1154">
        <w:rPr>
          <w:rFonts w:ascii="Times New Roman" w:hAnsi="Times New Roman" w:cs="Times New Roman"/>
          <w:b/>
          <w:sz w:val="24"/>
          <w:szCs w:val="24"/>
        </w:rPr>
        <w:t>ULUSLARARASI İLIŞKİLER OFİSİNE</w:t>
      </w:r>
    </w:p>
    <w:p w:rsidR="00FA1154" w:rsidRPr="00FA1154" w:rsidRDefault="00FA1154" w:rsidP="00FA1154">
      <w:pPr>
        <w:jc w:val="both"/>
        <w:rPr>
          <w:rFonts w:ascii="Times New Roman" w:hAnsi="Times New Roman" w:cs="Times New Roman"/>
          <w:sz w:val="24"/>
          <w:szCs w:val="24"/>
        </w:rPr>
      </w:pPr>
      <w:r w:rsidRPr="00FA1154">
        <w:rPr>
          <w:rFonts w:ascii="Times New Roman" w:hAnsi="Times New Roman" w:cs="Times New Roman"/>
          <w:sz w:val="24"/>
          <w:szCs w:val="24"/>
        </w:rPr>
        <w:br/>
      </w:r>
      <w:r>
        <w:br/>
      </w:r>
      <w:proofErr w:type="spellStart"/>
      <w:r>
        <w:t>Üniversiteniz</w:t>
      </w:r>
      <w:proofErr w:type="spellEnd"/>
      <w:r>
        <w:t xml:space="preserve"> …………………</w:t>
      </w:r>
      <w:proofErr w:type="spellStart"/>
      <w:r>
        <w:t>Enstitüsü</w:t>
      </w:r>
      <w:proofErr w:type="spellEnd"/>
      <w:r>
        <w:t>/</w:t>
      </w:r>
      <w:proofErr w:type="spellStart"/>
      <w:r>
        <w:t>Fakültesi</w:t>
      </w:r>
      <w:proofErr w:type="spellEnd"/>
      <w:r>
        <w:t>/</w:t>
      </w:r>
      <w:proofErr w:type="spellStart"/>
      <w:r>
        <w:t>Yüksekokulu</w:t>
      </w:r>
      <w:proofErr w:type="spellEnd"/>
      <w:r>
        <w:t>/</w:t>
      </w:r>
      <w:proofErr w:type="spellStart"/>
      <w:r>
        <w:t>Meslek</w:t>
      </w:r>
      <w:proofErr w:type="spellEnd"/>
      <w:r>
        <w:t xml:space="preserve"> </w:t>
      </w:r>
      <w:proofErr w:type="spellStart"/>
      <w:r>
        <w:t>Yüksekokulu</w:t>
      </w:r>
      <w:proofErr w:type="spellEnd"/>
      <w:r>
        <w:br/>
        <w:t xml:space="preserve">………………… </w:t>
      </w:r>
      <w:proofErr w:type="spellStart"/>
      <w:r>
        <w:t>Bölümü</w:t>
      </w:r>
      <w:proofErr w:type="spellEnd"/>
      <w:r>
        <w:t xml:space="preserve"> / </w:t>
      </w:r>
      <w:proofErr w:type="spellStart"/>
      <w:r>
        <w:t>Programı</w:t>
      </w:r>
      <w:proofErr w:type="spellEnd"/>
      <w:r>
        <w:t xml:space="preserve"> </w:t>
      </w:r>
      <w:r>
        <w:t xml:space="preserve">………………… </w:t>
      </w:r>
      <w:proofErr w:type="spellStart"/>
      <w:r>
        <w:t>numaralı</w:t>
      </w:r>
      <w:proofErr w:type="spellEnd"/>
      <w:r>
        <w:t xml:space="preserve"> </w:t>
      </w:r>
      <w:proofErr w:type="spellStart"/>
      <w:r>
        <w:t>öğrencisiyim</w:t>
      </w:r>
      <w:proofErr w:type="spellEnd"/>
      <w:r>
        <w:t>.</w:t>
      </w:r>
    </w:p>
    <w:p w:rsidR="00FA1154" w:rsidRDefault="00FA1154" w:rsidP="00FA1154">
      <w:pPr>
        <w:jc w:val="both"/>
      </w:pPr>
      <w:r>
        <w:t xml:space="preserve">Erasmus+ </w:t>
      </w:r>
      <w:proofErr w:type="spellStart"/>
      <w:r>
        <w:t>Programı</w:t>
      </w:r>
      <w:proofErr w:type="spellEnd"/>
      <w:r>
        <w:t xml:space="preserve"> </w:t>
      </w:r>
      <w:proofErr w:type="spellStart"/>
      <w:r>
        <w:t>kapsamında</w:t>
      </w:r>
      <w:proofErr w:type="spellEnd"/>
      <w:r>
        <w:t xml:space="preserve"> </w:t>
      </w:r>
      <w:proofErr w:type="spellStart"/>
      <w:r>
        <w:t>başvuruda</w:t>
      </w:r>
      <w:proofErr w:type="spellEnd"/>
      <w:r>
        <w:t xml:space="preserve"> bulunduğum öğrenci staj hareketliliği faaliyeti çerçevesinde gerçekleştirmeyi planladığım stajın, kayıtlı olduğum bölüm/programın müfredatında yer </w:t>
      </w:r>
      <w:proofErr w:type="gramStart"/>
      <w:r>
        <w:t>alan</w:t>
      </w:r>
      <w:proofErr w:type="gramEnd"/>
      <w:r>
        <w:t xml:space="preserve"> ve mezuniyet için tamamlanması zorunlu staj </w:t>
      </w:r>
      <w:proofErr w:type="spellStart"/>
      <w:r>
        <w:t>kapsamında</w:t>
      </w:r>
      <w:proofErr w:type="spellEnd"/>
      <w:r>
        <w:t xml:space="preserve"> </w:t>
      </w:r>
      <w:proofErr w:type="spellStart"/>
      <w:r>
        <w:t>olduğunu</w:t>
      </w:r>
      <w:proofErr w:type="spellEnd"/>
      <w:r>
        <w:t xml:space="preserve"> </w:t>
      </w:r>
      <w:proofErr w:type="spellStart"/>
      <w:r>
        <w:t>beyan</w:t>
      </w:r>
      <w:proofErr w:type="spellEnd"/>
      <w:r>
        <w:t xml:space="preserve"> </w:t>
      </w:r>
      <w:proofErr w:type="spellStart"/>
      <w:r>
        <w:t>eder</w:t>
      </w:r>
      <w:r>
        <w:t>im</w:t>
      </w:r>
      <w:proofErr w:type="spellEnd"/>
      <w:r>
        <w:t>.</w:t>
      </w:r>
    </w:p>
    <w:p w:rsidR="00534E69" w:rsidRDefault="00FA1154" w:rsidP="00FA1154">
      <w:pPr>
        <w:jc w:val="both"/>
      </w:pPr>
      <w:r>
        <w:t xml:space="preserve">Bu </w:t>
      </w:r>
      <w:proofErr w:type="spellStart"/>
      <w:r>
        <w:t>dilekçe</w:t>
      </w:r>
      <w:proofErr w:type="spellEnd"/>
      <w:r>
        <w:t xml:space="preserve">, Erasmus+ </w:t>
      </w:r>
      <w:proofErr w:type="spellStart"/>
      <w:r>
        <w:t>öğrenci</w:t>
      </w:r>
      <w:proofErr w:type="spellEnd"/>
      <w:r>
        <w:t xml:space="preserve"> staj hareketliliği başvuru sürecinde zorunlu staj kapsamında değerlendirilmek üzere düzenlenmiş olup, ilgili husus bölüm/program başkanlığı tarafından onaylanmıştır. </w:t>
      </w:r>
      <w:bookmarkStart w:id="0" w:name="_GoBack"/>
      <w:bookmarkEnd w:id="0"/>
      <w:proofErr w:type="spellStart"/>
      <w:r>
        <w:t>Gereğini</w:t>
      </w:r>
      <w:proofErr w:type="spellEnd"/>
      <w:r>
        <w:t xml:space="preserve"> </w:t>
      </w:r>
      <w:proofErr w:type="spellStart"/>
      <w:r>
        <w:t>bilgilerinize</w:t>
      </w:r>
      <w:proofErr w:type="spellEnd"/>
      <w:r>
        <w:t xml:space="preserve"> </w:t>
      </w:r>
      <w:proofErr w:type="spellStart"/>
      <w:r>
        <w:t>arz</w:t>
      </w:r>
      <w:proofErr w:type="spellEnd"/>
      <w:r>
        <w:t xml:space="preserve"> </w:t>
      </w:r>
      <w:proofErr w:type="spellStart"/>
      <w:r>
        <w:t>ederim</w:t>
      </w:r>
      <w:proofErr w:type="spellEnd"/>
      <w:r>
        <w:t>.</w:t>
      </w:r>
    </w:p>
    <w:p w:rsidR="00534E69" w:rsidRDefault="00FA1154" w:rsidP="00FA1154">
      <w:r>
        <w:br/>
      </w:r>
      <w:proofErr w:type="spellStart"/>
      <w:r>
        <w:t>Adı</w:t>
      </w:r>
      <w:proofErr w:type="spellEnd"/>
      <w:r>
        <w:t xml:space="preserve"> </w:t>
      </w:r>
      <w:proofErr w:type="spellStart"/>
      <w:r>
        <w:t>Soyadı</w:t>
      </w:r>
      <w:proofErr w:type="spellEnd"/>
      <w:proofErr w:type="gramStart"/>
      <w:r>
        <w:t>:</w:t>
      </w:r>
      <w:proofErr w:type="gramEnd"/>
      <w:r>
        <w:br/>
      </w:r>
      <w:proofErr w:type="spellStart"/>
      <w:r>
        <w:t>Öğrenci</w:t>
      </w:r>
      <w:proofErr w:type="spellEnd"/>
      <w:r>
        <w:t xml:space="preserve"> </w:t>
      </w:r>
      <w:proofErr w:type="spellStart"/>
      <w:r>
        <w:t>Numarası</w:t>
      </w:r>
      <w:proofErr w:type="spellEnd"/>
      <w:r>
        <w:t>:</w:t>
      </w:r>
      <w:r>
        <w:br/>
      </w:r>
      <w:proofErr w:type="spellStart"/>
      <w:r>
        <w:t>Fakülte</w:t>
      </w:r>
      <w:proofErr w:type="spellEnd"/>
      <w:r>
        <w:t xml:space="preserve"> / </w:t>
      </w:r>
      <w:proofErr w:type="spellStart"/>
      <w:r>
        <w:t>Yüksekokul</w:t>
      </w:r>
      <w:proofErr w:type="spellEnd"/>
      <w:r>
        <w:t xml:space="preserve"> / MYO:</w:t>
      </w:r>
      <w:r>
        <w:br/>
      </w:r>
      <w:proofErr w:type="spellStart"/>
      <w:r>
        <w:t>Bölüm</w:t>
      </w:r>
      <w:proofErr w:type="spellEnd"/>
      <w:r>
        <w:t xml:space="preserve"> / Program:</w:t>
      </w:r>
      <w:r>
        <w:br/>
      </w:r>
      <w:proofErr w:type="spellStart"/>
      <w:r>
        <w:t>İmza</w:t>
      </w:r>
      <w:proofErr w:type="spellEnd"/>
      <w:r>
        <w:t>:</w:t>
      </w:r>
      <w:r>
        <w:br/>
      </w:r>
      <w:proofErr w:type="spellStart"/>
      <w:r>
        <w:t>Tarih</w:t>
      </w:r>
      <w:proofErr w:type="spellEnd"/>
      <w:r>
        <w:t>:</w:t>
      </w:r>
    </w:p>
    <w:p w:rsidR="00534E69" w:rsidRDefault="00FA1154">
      <w:pPr>
        <w:pStyle w:val="Heading2"/>
      </w:pPr>
      <w:r>
        <w:t>BÖLÜM / PROGRAM BAŞKANLIĞI ONAYI</w:t>
      </w:r>
    </w:p>
    <w:p w:rsidR="00534E69" w:rsidRDefault="00FA1154">
      <w:r>
        <w:br/>
        <w:t>Yukarıda bilgileri yer alan öğrencinin Erasmus+ Programı kapsamında gerçekleştirmeyi planladığı staj, kayıtlı olduğu bölüm/programın müfredatı gereği zo</w:t>
      </w:r>
      <w:r>
        <w:t>runlu staj niteliğindedir. Bilgilerinize sunulur.</w:t>
      </w:r>
      <w:r>
        <w:br/>
      </w:r>
      <w:r>
        <w:br/>
        <w:t>Bölüm / Program Başkanı</w:t>
      </w:r>
      <w:r>
        <w:br/>
        <w:t>Adı Soyadı</w:t>
      </w:r>
      <w:proofErr w:type="gramStart"/>
      <w:r>
        <w:t>:</w:t>
      </w:r>
      <w:proofErr w:type="gramEnd"/>
      <w:r>
        <w:br/>
        <w:t>Unvanı:</w:t>
      </w:r>
      <w:r>
        <w:br/>
        <w:t>İmza:</w:t>
      </w:r>
      <w:r>
        <w:br/>
        <w:t>Kaşe / Mühür:</w:t>
      </w:r>
      <w:r>
        <w:br/>
        <w:t>Tarih:</w:t>
      </w:r>
      <w:r>
        <w:br/>
      </w:r>
    </w:p>
    <w:sectPr w:rsidR="00534E69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534E69"/>
    <w:rsid w:val="00AA1D8D"/>
    <w:rsid w:val="00B47730"/>
    <w:rsid w:val="00CB0664"/>
    <w:rsid w:val="00FA115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  <w15:docId w15:val="{A5C5C7F8-886C-428B-88A6-5A50939B7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6DB1B04-6CEC-4930-8CF2-D34B328BDD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1167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Microsoft hesabı</cp:lastModifiedBy>
  <cp:revision>2</cp:revision>
  <dcterms:created xsi:type="dcterms:W3CDTF">2013-12-23T23:15:00Z</dcterms:created>
  <dcterms:modified xsi:type="dcterms:W3CDTF">2026-01-16T11:20:00Z</dcterms:modified>
  <cp:category/>
</cp:coreProperties>
</file>