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AE2E814" w14:textId="03F4E333" w:rsidR="00D90B27" w:rsidRPr="008C25ED" w:rsidRDefault="008C25ED" w:rsidP="008C25ED">
      <w:pPr>
        <w:pStyle w:val="KonuBal"/>
        <w:pBdr>
          <w:bottom w:val="none" w:sz="0" w:space="0" w:color="auto"/>
        </w:pBdr>
        <w:rPr>
          <w:rFonts w:ascii="Times New Roman" w:hAnsi="Times New Roman" w:cs="Times New Roman"/>
          <w:b/>
          <w:bCs/>
          <w:color w:val="auto"/>
          <w:sz w:val="22"/>
          <w:szCs w:val="22"/>
          <w:lang w:val="tr-TR"/>
        </w:rPr>
      </w:pPr>
      <w:r w:rsidRPr="008C25ED">
        <w:rPr>
          <w:noProof/>
          <w:sz w:val="22"/>
          <w:szCs w:val="22"/>
          <w:lang w:val="tr-TR" w:eastAsia="tr-TR"/>
        </w:rPr>
        <w:drawing>
          <wp:anchor distT="0" distB="0" distL="114300" distR="114300" simplePos="0" relativeHeight="251657216" behindDoc="1" locked="0" layoutInCell="1" allowOverlap="1" wp14:anchorId="7A3B8C33" wp14:editId="2465C45D">
            <wp:simplePos x="0" y="0"/>
            <wp:positionH relativeFrom="column">
              <wp:posOffset>3413760</wp:posOffset>
            </wp:positionH>
            <wp:positionV relativeFrom="paragraph">
              <wp:posOffset>-1143000</wp:posOffset>
            </wp:positionV>
            <wp:extent cx="1562100" cy="1301750"/>
            <wp:effectExtent l="0" t="0" r="0" b="0"/>
            <wp:wrapNone/>
            <wp:docPr id="1288025843" name="Picture 1" descr="Our Logo | Nevşehir Hacı Bektaş Veli Universit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Our Logo | Nevşehir Hacı Bektaş Veli University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2100" cy="1301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56FE9">
        <w:rPr>
          <w:rFonts w:ascii="Times New Roman" w:hAnsi="Times New Roman" w:cs="Times New Roman"/>
          <w:b/>
          <w:bCs/>
          <w:color w:val="auto"/>
          <w:sz w:val="22"/>
          <w:szCs w:val="22"/>
          <w:lang w:val="tr-TR"/>
        </w:rPr>
        <w:t>Etkinlik Değerlendirme Anketi</w:t>
      </w:r>
      <w:bookmarkStart w:id="0" w:name="_GoBack"/>
      <w:bookmarkEnd w:id="0"/>
    </w:p>
    <w:p w14:paraId="4187DB89" w14:textId="77777777" w:rsidR="00EC4C50" w:rsidRDefault="00F129D3">
      <w:pPr>
        <w:rPr>
          <w:rFonts w:ascii="Times New Roman" w:hAnsi="Times New Roman" w:cs="Times New Roman"/>
          <w:lang w:val="tr-TR"/>
        </w:rPr>
      </w:pPr>
      <w:r w:rsidRPr="008C25ED">
        <w:rPr>
          <w:rFonts w:ascii="Times New Roman" w:hAnsi="Times New Roman" w:cs="Times New Roman"/>
          <w:b/>
          <w:bCs/>
          <w:lang w:val="tr-TR"/>
        </w:rPr>
        <w:t>Etkinlik Adı</w:t>
      </w:r>
      <w:r w:rsidRPr="008C25ED">
        <w:rPr>
          <w:rFonts w:ascii="Times New Roman" w:hAnsi="Times New Roman" w:cs="Times New Roman"/>
          <w:lang w:val="tr-TR"/>
        </w:rPr>
        <w:t xml:space="preserve">: </w:t>
      </w:r>
      <w:r w:rsidR="008C25ED" w:rsidRPr="008C25ED">
        <w:rPr>
          <w:rFonts w:ascii="Times New Roman" w:hAnsi="Times New Roman" w:cs="Times New Roman"/>
          <w:lang w:val="tr-TR"/>
        </w:rPr>
        <w:t xml:space="preserve">                                                                                                                                              </w:t>
      </w:r>
      <w:r>
        <w:rPr>
          <w:rFonts w:ascii="Times New Roman" w:hAnsi="Times New Roman" w:cs="Times New Roman"/>
          <w:lang w:val="tr-TR"/>
        </w:rPr>
        <w:t xml:space="preserve">      </w:t>
      </w:r>
    </w:p>
    <w:p w14:paraId="4DEE22D4" w14:textId="662F5975" w:rsidR="00D90B27" w:rsidRPr="008C25ED" w:rsidRDefault="008C25ED">
      <w:pPr>
        <w:rPr>
          <w:rFonts w:ascii="Times New Roman" w:hAnsi="Times New Roman" w:cs="Times New Roman"/>
          <w:b/>
          <w:bCs/>
          <w:lang w:val="tr-TR"/>
        </w:rPr>
      </w:pPr>
      <w:r w:rsidRPr="008C25ED">
        <w:rPr>
          <w:rFonts w:ascii="Times New Roman" w:hAnsi="Times New Roman" w:cs="Times New Roman"/>
          <w:b/>
          <w:bCs/>
          <w:lang w:val="tr-TR"/>
        </w:rPr>
        <w:t xml:space="preserve">Düzenleyen Kişi: </w:t>
      </w:r>
    </w:p>
    <w:tbl>
      <w:tblPr>
        <w:tblStyle w:val="TabloKlavuzu"/>
        <w:tblW w:w="14142" w:type="dxa"/>
        <w:tblLook w:val="04A0" w:firstRow="1" w:lastRow="0" w:firstColumn="1" w:lastColumn="0" w:noHBand="0" w:noVBand="1"/>
      </w:tblPr>
      <w:tblGrid>
        <w:gridCol w:w="3794"/>
        <w:gridCol w:w="10348"/>
      </w:tblGrid>
      <w:tr w:rsidR="00D90B27" w:rsidRPr="008C25ED" w14:paraId="60628C4D" w14:textId="77777777" w:rsidTr="008C25ED">
        <w:tc>
          <w:tcPr>
            <w:tcW w:w="3794" w:type="dxa"/>
          </w:tcPr>
          <w:p w14:paraId="76B5FD8E" w14:textId="77777777" w:rsidR="00D90B27" w:rsidRPr="008C25ED" w:rsidRDefault="00F129D3">
            <w:pPr>
              <w:rPr>
                <w:rFonts w:ascii="Times New Roman" w:hAnsi="Times New Roman" w:cs="Times New Roman"/>
                <w:b/>
                <w:bCs/>
                <w:lang w:val="tr-TR"/>
              </w:rPr>
            </w:pPr>
            <w:r w:rsidRPr="008C25ED">
              <w:rPr>
                <w:rFonts w:ascii="Times New Roman" w:hAnsi="Times New Roman" w:cs="Times New Roman"/>
                <w:b/>
                <w:bCs/>
                <w:lang w:val="tr-TR"/>
              </w:rPr>
              <w:t>Soru</w:t>
            </w:r>
          </w:p>
        </w:tc>
        <w:tc>
          <w:tcPr>
            <w:tcW w:w="10348" w:type="dxa"/>
          </w:tcPr>
          <w:p w14:paraId="3ECD2DCB" w14:textId="32D6ECC1" w:rsidR="00D90B27" w:rsidRPr="008C25ED" w:rsidRDefault="00F129D3">
            <w:pPr>
              <w:rPr>
                <w:rFonts w:ascii="Times New Roman" w:hAnsi="Times New Roman" w:cs="Times New Roman"/>
                <w:b/>
                <w:bCs/>
                <w:lang w:val="tr-TR"/>
              </w:rPr>
            </w:pPr>
            <w:r w:rsidRPr="008C25ED">
              <w:rPr>
                <w:rFonts w:ascii="Times New Roman" w:hAnsi="Times New Roman" w:cs="Times New Roman"/>
                <w:b/>
                <w:bCs/>
                <w:lang w:val="tr-TR"/>
              </w:rPr>
              <w:t>Seçenekler</w:t>
            </w:r>
          </w:p>
        </w:tc>
      </w:tr>
      <w:tr w:rsidR="00D90B27" w:rsidRPr="00F64CAD" w14:paraId="5CE5130E" w14:textId="77777777" w:rsidTr="008C25ED">
        <w:tc>
          <w:tcPr>
            <w:tcW w:w="3794" w:type="dxa"/>
          </w:tcPr>
          <w:p w14:paraId="3FAD51B8" w14:textId="13FDDE2E" w:rsidR="00D90B27" w:rsidRPr="008C25ED" w:rsidRDefault="00F129D3" w:rsidP="00EC4C50">
            <w:pPr>
              <w:rPr>
                <w:rFonts w:ascii="Times New Roman" w:hAnsi="Times New Roman" w:cs="Times New Roman"/>
                <w:b/>
                <w:bCs/>
                <w:lang w:val="tr-TR"/>
              </w:rPr>
            </w:pPr>
            <w:r w:rsidRPr="008C25ED">
              <w:rPr>
                <w:rFonts w:ascii="Times New Roman" w:hAnsi="Times New Roman" w:cs="Times New Roman"/>
                <w:b/>
                <w:bCs/>
                <w:lang w:val="tr-TR"/>
              </w:rPr>
              <w:t>Etkinlik beklentilerimi karşıladı.</w:t>
            </w:r>
          </w:p>
        </w:tc>
        <w:tc>
          <w:tcPr>
            <w:tcW w:w="10348" w:type="dxa"/>
          </w:tcPr>
          <w:p w14:paraId="7724E153" w14:textId="33AB57BB" w:rsidR="00D90B27" w:rsidRPr="008C25ED" w:rsidRDefault="00F64CAD">
            <w:pPr>
              <w:rPr>
                <w:rFonts w:ascii="Times New Roman" w:hAnsi="Times New Roman" w:cs="Times New Roman"/>
                <w:lang w:val="tr-TR"/>
              </w:rPr>
            </w:pPr>
            <w:r w:rsidRPr="00F64CAD">
              <w:rPr>
                <w:rFonts w:ascii="Times New Roman" w:hAnsi="Times New Roman" w:cs="Times New Roman"/>
                <w:b/>
                <w:sz w:val="20"/>
                <w:szCs w:val="20"/>
                <w:lang w:val="tr-TR"/>
              </w:rPr>
              <w:t xml:space="preserve"> </w:t>
            </w:r>
            <w:sdt>
              <w:sdtPr>
                <w:rPr>
                  <w:rFonts w:ascii="Times New Roman" w:hAnsi="Times New Roman" w:cs="Times New Roman"/>
                  <w:b/>
                  <w:sz w:val="20"/>
                  <w:szCs w:val="20"/>
                  <w:lang w:val="tr-TR"/>
                </w:rPr>
                <w:id w:val="-93867817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Times New Roman" w:hint="eastAsia"/>
                    <w:b/>
                    <w:sz w:val="20"/>
                    <w:szCs w:val="20"/>
                    <w:lang w:val="tr-TR"/>
                  </w:rPr>
                  <w:t>☐</w:t>
                </w:r>
              </w:sdtContent>
            </w:sdt>
            <w:r w:rsidR="00F129D3" w:rsidRPr="008C25ED">
              <w:rPr>
                <w:rFonts w:ascii="Times New Roman" w:hAnsi="Times New Roman" w:cs="Times New Roman"/>
                <w:lang w:val="tr-TR"/>
              </w:rPr>
              <w:t xml:space="preserve"> Kesinlikle Katılıyorum    </w:t>
            </w:r>
            <w:r w:rsidRPr="00F64CAD">
              <w:rPr>
                <w:rFonts w:ascii="Times New Roman" w:hAnsi="Times New Roman" w:cs="Times New Roman"/>
                <w:b/>
                <w:sz w:val="20"/>
                <w:szCs w:val="20"/>
                <w:lang w:val="tr-TR"/>
              </w:rPr>
              <w:t xml:space="preserve"> </w:t>
            </w:r>
            <w:sdt>
              <w:sdtPr>
                <w:rPr>
                  <w:rFonts w:ascii="Times New Roman" w:hAnsi="Times New Roman" w:cs="Times New Roman"/>
                  <w:b/>
                  <w:sz w:val="20"/>
                  <w:szCs w:val="20"/>
                  <w:lang w:val="tr-TR"/>
                </w:rPr>
                <w:id w:val="111525869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F64CAD">
                  <w:rPr>
                    <w:rFonts w:ascii="MS Gothic" w:eastAsia="MS Gothic" w:hAnsi="MS Gothic" w:cs="Times New Roman" w:hint="eastAsia"/>
                    <w:b/>
                    <w:sz w:val="20"/>
                    <w:szCs w:val="20"/>
                    <w:lang w:val="tr-TR"/>
                  </w:rPr>
                  <w:t>☐</w:t>
                </w:r>
              </w:sdtContent>
            </w:sdt>
            <w:r w:rsidR="00F129D3" w:rsidRPr="008C25ED">
              <w:rPr>
                <w:rFonts w:ascii="Times New Roman" w:hAnsi="Times New Roman" w:cs="Times New Roman"/>
                <w:lang w:val="tr-TR"/>
              </w:rPr>
              <w:t xml:space="preserve"> Katılıyorum    </w:t>
            </w:r>
            <w:sdt>
              <w:sdtPr>
                <w:rPr>
                  <w:rFonts w:ascii="Times New Roman" w:hAnsi="Times New Roman" w:cs="Times New Roman"/>
                  <w:b/>
                  <w:sz w:val="20"/>
                  <w:szCs w:val="20"/>
                  <w:lang w:val="tr-TR"/>
                </w:rPr>
                <w:id w:val="53338997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F64CAD">
                  <w:rPr>
                    <w:rFonts w:ascii="MS Gothic" w:eastAsia="MS Gothic" w:hAnsi="MS Gothic" w:cs="Times New Roman" w:hint="eastAsia"/>
                    <w:b/>
                    <w:sz w:val="20"/>
                    <w:szCs w:val="20"/>
                    <w:lang w:val="tr-TR"/>
                  </w:rPr>
                  <w:t>☐</w:t>
                </w:r>
              </w:sdtContent>
            </w:sdt>
            <w:r w:rsidR="00F129D3" w:rsidRPr="008C25ED">
              <w:rPr>
                <w:rFonts w:ascii="Times New Roman" w:hAnsi="Times New Roman" w:cs="Times New Roman"/>
                <w:lang w:val="tr-TR"/>
              </w:rPr>
              <w:t xml:space="preserve"> Kararsızım    </w:t>
            </w:r>
            <w:sdt>
              <w:sdtPr>
                <w:rPr>
                  <w:rFonts w:ascii="Times New Roman" w:hAnsi="Times New Roman" w:cs="Times New Roman"/>
                  <w:b/>
                  <w:sz w:val="20"/>
                  <w:szCs w:val="20"/>
                  <w:lang w:val="tr-TR"/>
                </w:rPr>
                <w:id w:val="-99625521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F64CAD">
                  <w:rPr>
                    <w:rFonts w:ascii="MS Gothic" w:eastAsia="MS Gothic" w:hAnsi="MS Gothic" w:cs="Times New Roman" w:hint="eastAsia"/>
                    <w:b/>
                    <w:sz w:val="20"/>
                    <w:szCs w:val="20"/>
                    <w:lang w:val="tr-TR"/>
                  </w:rPr>
                  <w:t>☐</w:t>
                </w:r>
              </w:sdtContent>
            </w:sdt>
            <w:r w:rsidR="00F129D3" w:rsidRPr="008C25ED">
              <w:rPr>
                <w:rFonts w:ascii="Times New Roman" w:hAnsi="Times New Roman" w:cs="Times New Roman"/>
                <w:lang w:val="tr-TR"/>
              </w:rPr>
              <w:t xml:space="preserve"> Katılmıyorum    </w:t>
            </w:r>
            <w:sdt>
              <w:sdtPr>
                <w:rPr>
                  <w:rFonts w:ascii="Times New Roman" w:hAnsi="Times New Roman" w:cs="Times New Roman"/>
                  <w:b/>
                  <w:sz w:val="20"/>
                  <w:szCs w:val="20"/>
                  <w:lang w:val="tr-TR"/>
                </w:rPr>
                <w:id w:val="11727081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F64CAD">
                  <w:rPr>
                    <w:rFonts w:ascii="MS Gothic" w:eastAsia="MS Gothic" w:hAnsi="MS Gothic" w:cs="Times New Roman" w:hint="eastAsia"/>
                    <w:b/>
                    <w:sz w:val="20"/>
                    <w:szCs w:val="20"/>
                    <w:lang w:val="tr-TR"/>
                  </w:rPr>
                  <w:t>☐</w:t>
                </w:r>
              </w:sdtContent>
            </w:sdt>
            <w:r w:rsidR="00F129D3" w:rsidRPr="008C25ED">
              <w:rPr>
                <w:rFonts w:ascii="Times New Roman" w:hAnsi="Times New Roman" w:cs="Times New Roman"/>
                <w:lang w:val="tr-TR"/>
              </w:rPr>
              <w:t xml:space="preserve"> Kesinlikle Katılmıyorum</w:t>
            </w:r>
          </w:p>
        </w:tc>
      </w:tr>
      <w:tr w:rsidR="00F64CAD" w:rsidRPr="00F64CAD" w14:paraId="52753F35" w14:textId="77777777" w:rsidTr="008C25ED">
        <w:tc>
          <w:tcPr>
            <w:tcW w:w="3794" w:type="dxa"/>
          </w:tcPr>
          <w:p w14:paraId="5B18DB1F" w14:textId="77777777" w:rsidR="00F64CAD" w:rsidRPr="008C25ED" w:rsidRDefault="00F64CAD" w:rsidP="00F64CAD">
            <w:pPr>
              <w:rPr>
                <w:rFonts w:ascii="Times New Roman" w:hAnsi="Times New Roman" w:cs="Times New Roman"/>
                <w:b/>
                <w:bCs/>
                <w:lang w:val="tr-TR"/>
              </w:rPr>
            </w:pPr>
            <w:r w:rsidRPr="008C25ED">
              <w:rPr>
                <w:rFonts w:ascii="Times New Roman" w:hAnsi="Times New Roman" w:cs="Times New Roman"/>
                <w:b/>
                <w:bCs/>
                <w:lang w:val="tr-TR"/>
              </w:rPr>
              <w:t>Etkinlik süresi yeterli ve uygundu.</w:t>
            </w:r>
          </w:p>
        </w:tc>
        <w:tc>
          <w:tcPr>
            <w:tcW w:w="10348" w:type="dxa"/>
          </w:tcPr>
          <w:p w14:paraId="639B28B3" w14:textId="776F5E5B" w:rsidR="00F64CAD" w:rsidRPr="008C25ED" w:rsidRDefault="00F64CAD" w:rsidP="00F64CAD">
            <w:pPr>
              <w:rPr>
                <w:rFonts w:ascii="Times New Roman" w:hAnsi="Times New Roman" w:cs="Times New Roman"/>
                <w:lang w:val="tr-TR"/>
              </w:rPr>
            </w:pPr>
            <w:r w:rsidRPr="00F64CAD">
              <w:rPr>
                <w:rFonts w:ascii="Times New Roman" w:hAnsi="Times New Roman" w:cs="Times New Roman"/>
                <w:b/>
                <w:sz w:val="20"/>
                <w:szCs w:val="20"/>
                <w:lang w:val="tr-TR"/>
              </w:rPr>
              <w:t xml:space="preserve"> </w:t>
            </w:r>
            <w:sdt>
              <w:sdtPr>
                <w:rPr>
                  <w:rFonts w:ascii="Times New Roman" w:hAnsi="Times New Roman" w:cs="Times New Roman"/>
                  <w:b/>
                  <w:sz w:val="20"/>
                  <w:szCs w:val="20"/>
                  <w:lang w:val="tr-TR"/>
                </w:rPr>
                <w:id w:val="21856531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Times New Roman" w:hint="eastAsia"/>
                    <w:b/>
                    <w:sz w:val="20"/>
                    <w:szCs w:val="20"/>
                    <w:lang w:val="tr-TR"/>
                  </w:rPr>
                  <w:t>☐</w:t>
                </w:r>
              </w:sdtContent>
            </w:sdt>
            <w:r w:rsidRPr="008C25ED">
              <w:rPr>
                <w:rFonts w:ascii="Times New Roman" w:hAnsi="Times New Roman" w:cs="Times New Roman"/>
                <w:lang w:val="tr-TR"/>
              </w:rPr>
              <w:t xml:space="preserve"> Kesinlikle Katılıyorum    </w:t>
            </w:r>
            <w:r w:rsidRPr="00F64CAD">
              <w:rPr>
                <w:rFonts w:ascii="Times New Roman" w:hAnsi="Times New Roman" w:cs="Times New Roman"/>
                <w:b/>
                <w:sz w:val="20"/>
                <w:szCs w:val="20"/>
                <w:lang w:val="tr-TR"/>
              </w:rPr>
              <w:t xml:space="preserve"> </w:t>
            </w:r>
            <w:sdt>
              <w:sdtPr>
                <w:rPr>
                  <w:rFonts w:ascii="Times New Roman" w:hAnsi="Times New Roman" w:cs="Times New Roman"/>
                  <w:b/>
                  <w:sz w:val="20"/>
                  <w:szCs w:val="20"/>
                  <w:lang w:val="tr-TR"/>
                </w:rPr>
                <w:id w:val="-203765050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F64CAD">
                  <w:rPr>
                    <w:rFonts w:ascii="MS Gothic" w:eastAsia="MS Gothic" w:hAnsi="MS Gothic" w:cs="Times New Roman" w:hint="eastAsia"/>
                    <w:b/>
                    <w:sz w:val="20"/>
                    <w:szCs w:val="20"/>
                    <w:lang w:val="tr-TR"/>
                  </w:rPr>
                  <w:t>☐</w:t>
                </w:r>
              </w:sdtContent>
            </w:sdt>
            <w:r w:rsidRPr="008C25ED">
              <w:rPr>
                <w:rFonts w:ascii="Times New Roman" w:hAnsi="Times New Roman" w:cs="Times New Roman"/>
                <w:lang w:val="tr-TR"/>
              </w:rPr>
              <w:t xml:space="preserve"> </w:t>
            </w:r>
            <w:proofErr w:type="spellStart"/>
            <w:r w:rsidRPr="008C25ED">
              <w:rPr>
                <w:rFonts w:ascii="Times New Roman" w:hAnsi="Times New Roman" w:cs="Times New Roman"/>
                <w:lang w:val="tr-TR"/>
              </w:rPr>
              <w:t>Katılıyorum</w:t>
            </w:r>
            <w:proofErr w:type="spellEnd"/>
            <w:r w:rsidRPr="008C25ED">
              <w:rPr>
                <w:rFonts w:ascii="Times New Roman" w:hAnsi="Times New Roman" w:cs="Times New Roman"/>
                <w:lang w:val="tr-TR"/>
              </w:rPr>
              <w:t xml:space="preserve">    </w:t>
            </w:r>
            <w:sdt>
              <w:sdtPr>
                <w:rPr>
                  <w:rFonts w:ascii="Times New Roman" w:hAnsi="Times New Roman" w:cs="Times New Roman"/>
                  <w:b/>
                  <w:sz w:val="20"/>
                  <w:szCs w:val="20"/>
                  <w:lang w:val="tr-TR"/>
                </w:rPr>
                <w:id w:val="154580218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F64CAD">
                  <w:rPr>
                    <w:rFonts w:ascii="MS Gothic" w:eastAsia="MS Gothic" w:hAnsi="MS Gothic" w:cs="Times New Roman" w:hint="eastAsia"/>
                    <w:b/>
                    <w:sz w:val="20"/>
                    <w:szCs w:val="20"/>
                    <w:lang w:val="tr-TR"/>
                  </w:rPr>
                  <w:t>☐</w:t>
                </w:r>
              </w:sdtContent>
            </w:sdt>
            <w:r w:rsidRPr="008C25ED">
              <w:rPr>
                <w:rFonts w:ascii="Times New Roman" w:hAnsi="Times New Roman" w:cs="Times New Roman"/>
                <w:lang w:val="tr-TR"/>
              </w:rPr>
              <w:t xml:space="preserve"> Kararsızım    </w:t>
            </w:r>
            <w:sdt>
              <w:sdtPr>
                <w:rPr>
                  <w:rFonts w:ascii="Times New Roman" w:hAnsi="Times New Roman" w:cs="Times New Roman"/>
                  <w:b/>
                  <w:sz w:val="20"/>
                  <w:szCs w:val="20"/>
                  <w:lang w:val="tr-TR"/>
                </w:rPr>
                <w:id w:val="-34278460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F64CAD">
                  <w:rPr>
                    <w:rFonts w:ascii="MS Gothic" w:eastAsia="MS Gothic" w:hAnsi="MS Gothic" w:cs="Times New Roman" w:hint="eastAsia"/>
                    <w:b/>
                    <w:sz w:val="20"/>
                    <w:szCs w:val="20"/>
                    <w:lang w:val="tr-TR"/>
                  </w:rPr>
                  <w:t>☐</w:t>
                </w:r>
              </w:sdtContent>
            </w:sdt>
            <w:r w:rsidRPr="008C25ED">
              <w:rPr>
                <w:rFonts w:ascii="Times New Roman" w:hAnsi="Times New Roman" w:cs="Times New Roman"/>
                <w:lang w:val="tr-TR"/>
              </w:rPr>
              <w:t xml:space="preserve"> Katılmıyorum    </w:t>
            </w:r>
            <w:sdt>
              <w:sdtPr>
                <w:rPr>
                  <w:rFonts w:ascii="Times New Roman" w:hAnsi="Times New Roman" w:cs="Times New Roman"/>
                  <w:b/>
                  <w:sz w:val="20"/>
                  <w:szCs w:val="20"/>
                  <w:lang w:val="tr-TR"/>
                </w:rPr>
                <w:id w:val="143525604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F64CAD">
                  <w:rPr>
                    <w:rFonts w:ascii="MS Gothic" w:eastAsia="MS Gothic" w:hAnsi="MS Gothic" w:cs="Times New Roman" w:hint="eastAsia"/>
                    <w:b/>
                    <w:sz w:val="20"/>
                    <w:szCs w:val="20"/>
                    <w:lang w:val="tr-TR"/>
                  </w:rPr>
                  <w:t>☐</w:t>
                </w:r>
              </w:sdtContent>
            </w:sdt>
            <w:r w:rsidRPr="008C25ED">
              <w:rPr>
                <w:rFonts w:ascii="Times New Roman" w:hAnsi="Times New Roman" w:cs="Times New Roman"/>
                <w:lang w:val="tr-TR"/>
              </w:rPr>
              <w:t xml:space="preserve"> Kesinlikle Katılmıyorum</w:t>
            </w:r>
          </w:p>
        </w:tc>
      </w:tr>
      <w:tr w:rsidR="00F64CAD" w:rsidRPr="00F64CAD" w14:paraId="45E1EFFE" w14:textId="77777777" w:rsidTr="008C25ED">
        <w:tc>
          <w:tcPr>
            <w:tcW w:w="3794" w:type="dxa"/>
          </w:tcPr>
          <w:p w14:paraId="7706A878" w14:textId="5F00BB11" w:rsidR="00F64CAD" w:rsidRPr="008C25ED" w:rsidRDefault="00F64CAD" w:rsidP="00F64CAD">
            <w:pPr>
              <w:rPr>
                <w:rFonts w:ascii="Times New Roman" w:hAnsi="Times New Roman" w:cs="Times New Roman"/>
                <w:b/>
                <w:bCs/>
                <w:lang w:val="tr-TR"/>
              </w:rPr>
            </w:pPr>
            <w:r w:rsidRPr="008C25ED">
              <w:rPr>
                <w:rFonts w:ascii="Times New Roman" w:hAnsi="Times New Roman" w:cs="Times New Roman"/>
                <w:b/>
                <w:bCs/>
                <w:lang w:val="tr-TR"/>
              </w:rPr>
              <w:t>Etkinlik mekânı konforlu ve uygundu.</w:t>
            </w:r>
          </w:p>
        </w:tc>
        <w:tc>
          <w:tcPr>
            <w:tcW w:w="10348" w:type="dxa"/>
          </w:tcPr>
          <w:p w14:paraId="557A0A17" w14:textId="44D040C7" w:rsidR="00F64CAD" w:rsidRPr="008C25ED" w:rsidRDefault="00F64CAD" w:rsidP="00F64CAD">
            <w:pPr>
              <w:rPr>
                <w:rFonts w:ascii="Times New Roman" w:hAnsi="Times New Roman" w:cs="Times New Roman"/>
                <w:lang w:val="tr-TR"/>
              </w:rPr>
            </w:pPr>
            <w:r w:rsidRPr="00F64CAD">
              <w:rPr>
                <w:rFonts w:ascii="Times New Roman" w:hAnsi="Times New Roman" w:cs="Times New Roman"/>
                <w:b/>
                <w:sz w:val="20"/>
                <w:szCs w:val="20"/>
                <w:lang w:val="tr-TR"/>
              </w:rPr>
              <w:t xml:space="preserve"> </w:t>
            </w:r>
            <w:sdt>
              <w:sdtPr>
                <w:rPr>
                  <w:rFonts w:ascii="Times New Roman" w:hAnsi="Times New Roman" w:cs="Times New Roman"/>
                  <w:b/>
                  <w:sz w:val="20"/>
                  <w:szCs w:val="20"/>
                  <w:lang w:val="tr-TR"/>
                </w:rPr>
                <w:id w:val="14494497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Times New Roman" w:hint="eastAsia"/>
                    <w:b/>
                    <w:sz w:val="20"/>
                    <w:szCs w:val="20"/>
                    <w:lang w:val="tr-TR"/>
                  </w:rPr>
                  <w:t>☐</w:t>
                </w:r>
              </w:sdtContent>
            </w:sdt>
            <w:r w:rsidRPr="008C25ED">
              <w:rPr>
                <w:rFonts w:ascii="Times New Roman" w:hAnsi="Times New Roman" w:cs="Times New Roman"/>
                <w:lang w:val="tr-TR"/>
              </w:rPr>
              <w:t xml:space="preserve"> Kesinlikle Katılıyorum    </w:t>
            </w:r>
            <w:r w:rsidRPr="00F64CAD">
              <w:rPr>
                <w:rFonts w:ascii="Times New Roman" w:hAnsi="Times New Roman" w:cs="Times New Roman"/>
                <w:b/>
                <w:sz w:val="20"/>
                <w:szCs w:val="20"/>
                <w:lang w:val="tr-TR"/>
              </w:rPr>
              <w:t xml:space="preserve"> </w:t>
            </w:r>
            <w:sdt>
              <w:sdtPr>
                <w:rPr>
                  <w:rFonts w:ascii="Times New Roman" w:hAnsi="Times New Roman" w:cs="Times New Roman"/>
                  <w:b/>
                  <w:sz w:val="20"/>
                  <w:szCs w:val="20"/>
                  <w:lang w:val="tr-TR"/>
                </w:rPr>
                <w:id w:val="-23963854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F64CAD">
                  <w:rPr>
                    <w:rFonts w:ascii="MS Gothic" w:eastAsia="MS Gothic" w:hAnsi="MS Gothic" w:cs="Times New Roman" w:hint="eastAsia"/>
                    <w:b/>
                    <w:sz w:val="20"/>
                    <w:szCs w:val="20"/>
                    <w:lang w:val="tr-TR"/>
                  </w:rPr>
                  <w:t>☐</w:t>
                </w:r>
              </w:sdtContent>
            </w:sdt>
            <w:r w:rsidRPr="008C25ED">
              <w:rPr>
                <w:rFonts w:ascii="Times New Roman" w:hAnsi="Times New Roman" w:cs="Times New Roman"/>
                <w:lang w:val="tr-TR"/>
              </w:rPr>
              <w:t xml:space="preserve"> </w:t>
            </w:r>
            <w:proofErr w:type="spellStart"/>
            <w:r w:rsidRPr="008C25ED">
              <w:rPr>
                <w:rFonts w:ascii="Times New Roman" w:hAnsi="Times New Roman" w:cs="Times New Roman"/>
                <w:lang w:val="tr-TR"/>
              </w:rPr>
              <w:t>Katılıyorum</w:t>
            </w:r>
            <w:proofErr w:type="spellEnd"/>
            <w:r w:rsidRPr="008C25ED">
              <w:rPr>
                <w:rFonts w:ascii="Times New Roman" w:hAnsi="Times New Roman" w:cs="Times New Roman"/>
                <w:lang w:val="tr-TR"/>
              </w:rPr>
              <w:t xml:space="preserve">    </w:t>
            </w:r>
            <w:sdt>
              <w:sdtPr>
                <w:rPr>
                  <w:rFonts w:ascii="Times New Roman" w:hAnsi="Times New Roman" w:cs="Times New Roman"/>
                  <w:b/>
                  <w:sz w:val="20"/>
                  <w:szCs w:val="20"/>
                  <w:lang w:val="tr-TR"/>
                </w:rPr>
                <w:id w:val="23467193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F64CAD">
                  <w:rPr>
                    <w:rFonts w:ascii="MS Gothic" w:eastAsia="MS Gothic" w:hAnsi="MS Gothic" w:cs="Times New Roman" w:hint="eastAsia"/>
                    <w:b/>
                    <w:sz w:val="20"/>
                    <w:szCs w:val="20"/>
                    <w:lang w:val="tr-TR"/>
                  </w:rPr>
                  <w:t>☐</w:t>
                </w:r>
              </w:sdtContent>
            </w:sdt>
            <w:r w:rsidRPr="008C25ED">
              <w:rPr>
                <w:rFonts w:ascii="Times New Roman" w:hAnsi="Times New Roman" w:cs="Times New Roman"/>
                <w:lang w:val="tr-TR"/>
              </w:rPr>
              <w:t xml:space="preserve"> Kararsızım    </w:t>
            </w:r>
            <w:sdt>
              <w:sdtPr>
                <w:rPr>
                  <w:rFonts w:ascii="Times New Roman" w:hAnsi="Times New Roman" w:cs="Times New Roman"/>
                  <w:b/>
                  <w:sz w:val="20"/>
                  <w:szCs w:val="20"/>
                  <w:lang w:val="tr-TR"/>
                </w:rPr>
                <w:id w:val="-126452873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F64CAD">
                  <w:rPr>
                    <w:rFonts w:ascii="MS Gothic" w:eastAsia="MS Gothic" w:hAnsi="MS Gothic" w:cs="Times New Roman" w:hint="eastAsia"/>
                    <w:b/>
                    <w:sz w:val="20"/>
                    <w:szCs w:val="20"/>
                    <w:lang w:val="tr-TR"/>
                  </w:rPr>
                  <w:t>☐</w:t>
                </w:r>
              </w:sdtContent>
            </w:sdt>
            <w:r w:rsidRPr="008C25ED">
              <w:rPr>
                <w:rFonts w:ascii="Times New Roman" w:hAnsi="Times New Roman" w:cs="Times New Roman"/>
                <w:lang w:val="tr-TR"/>
              </w:rPr>
              <w:t xml:space="preserve"> Katılmıyorum    </w:t>
            </w:r>
            <w:sdt>
              <w:sdtPr>
                <w:rPr>
                  <w:rFonts w:ascii="Times New Roman" w:hAnsi="Times New Roman" w:cs="Times New Roman"/>
                  <w:b/>
                  <w:sz w:val="20"/>
                  <w:szCs w:val="20"/>
                  <w:lang w:val="tr-TR"/>
                </w:rPr>
                <w:id w:val="176765780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F64CAD">
                  <w:rPr>
                    <w:rFonts w:ascii="MS Gothic" w:eastAsia="MS Gothic" w:hAnsi="MS Gothic" w:cs="Times New Roman" w:hint="eastAsia"/>
                    <w:b/>
                    <w:sz w:val="20"/>
                    <w:szCs w:val="20"/>
                    <w:lang w:val="tr-TR"/>
                  </w:rPr>
                  <w:t>☐</w:t>
                </w:r>
              </w:sdtContent>
            </w:sdt>
            <w:r w:rsidRPr="008C25ED">
              <w:rPr>
                <w:rFonts w:ascii="Times New Roman" w:hAnsi="Times New Roman" w:cs="Times New Roman"/>
                <w:lang w:val="tr-TR"/>
              </w:rPr>
              <w:t xml:space="preserve"> Kesinlikle Katılmıyorum</w:t>
            </w:r>
          </w:p>
        </w:tc>
      </w:tr>
      <w:tr w:rsidR="00F64CAD" w:rsidRPr="00F64CAD" w14:paraId="300B7772" w14:textId="77777777" w:rsidTr="008C25ED">
        <w:tc>
          <w:tcPr>
            <w:tcW w:w="3794" w:type="dxa"/>
          </w:tcPr>
          <w:p w14:paraId="07C0C2BC" w14:textId="77777777" w:rsidR="00F64CAD" w:rsidRPr="008C25ED" w:rsidRDefault="00F64CAD" w:rsidP="00F64CAD">
            <w:pPr>
              <w:rPr>
                <w:rFonts w:ascii="Times New Roman" w:hAnsi="Times New Roman" w:cs="Times New Roman"/>
                <w:b/>
                <w:bCs/>
                <w:lang w:val="tr-TR"/>
              </w:rPr>
            </w:pPr>
            <w:r w:rsidRPr="008C25ED">
              <w:rPr>
                <w:rFonts w:ascii="Times New Roman" w:hAnsi="Times New Roman" w:cs="Times New Roman"/>
                <w:b/>
                <w:bCs/>
                <w:lang w:val="tr-TR"/>
              </w:rPr>
              <w:t>Etkinlikte kullanılan teknik altyapı yeterliydi.</w:t>
            </w:r>
          </w:p>
        </w:tc>
        <w:tc>
          <w:tcPr>
            <w:tcW w:w="10348" w:type="dxa"/>
          </w:tcPr>
          <w:p w14:paraId="08FB6983" w14:textId="40D7D183" w:rsidR="00F64CAD" w:rsidRPr="008C25ED" w:rsidRDefault="00F64CAD" w:rsidP="00F64CAD">
            <w:pPr>
              <w:rPr>
                <w:rFonts w:ascii="Times New Roman" w:hAnsi="Times New Roman" w:cs="Times New Roman"/>
                <w:lang w:val="tr-TR"/>
              </w:rPr>
            </w:pPr>
            <w:r w:rsidRPr="00F64CAD">
              <w:rPr>
                <w:rFonts w:ascii="Times New Roman" w:hAnsi="Times New Roman" w:cs="Times New Roman"/>
                <w:b/>
                <w:sz w:val="20"/>
                <w:szCs w:val="20"/>
                <w:lang w:val="tr-TR"/>
              </w:rPr>
              <w:t xml:space="preserve"> </w:t>
            </w:r>
            <w:sdt>
              <w:sdtPr>
                <w:rPr>
                  <w:rFonts w:ascii="Times New Roman" w:hAnsi="Times New Roman" w:cs="Times New Roman"/>
                  <w:b/>
                  <w:sz w:val="20"/>
                  <w:szCs w:val="20"/>
                  <w:lang w:val="tr-TR"/>
                </w:rPr>
                <w:id w:val="169626246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Times New Roman" w:hint="eastAsia"/>
                    <w:b/>
                    <w:sz w:val="20"/>
                    <w:szCs w:val="20"/>
                    <w:lang w:val="tr-TR"/>
                  </w:rPr>
                  <w:t>☐</w:t>
                </w:r>
              </w:sdtContent>
            </w:sdt>
            <w:r w:rsidRPr="008C25ED">
              <w:rPr>
                <w:rFonts w:ascii="Times New Roman" w:hAnsi="Times New Roman" w:cs="Times New Roman"/>
                <w:lang w:val="tr-TR"/>
              </w:rPr>
              <w:t xml:space="preserve"> Kesinlikle Katılıyorum    </w:t>
            </w:r>
            <w:r w:rsidRPr="00F64CAD">
              <w:rPr>
                <w:rFonts w:ascii="Times New Roman" w:hAnsi="Times New Roman" w:cs="Times New Roman"/>
                <w:b/>
                <w:sz w:val="20"/>
                <w:szCs w:val="20"/>
                <w:lang w:val="tr-TR"/>
              </w:rPr>
              <w:t xml:space="preserve"> </w:t>
            </w:r>
            <w:sdt>
              <w:sdtPr>
                <w:rPr>
                  <w:rFonts w:ascii="Times New Roman" w:hAnsi="Times New Roman" w:cs="Times New Roman"/>
                  <w:b/>
                  <w:sz w:val="20"/>
                  <w:szCs w:val="20"/>
                  <w:lang w:val="tr-TR"/>
                </w:rPr>
                <w:id w:val="-30732577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F64CAD">
                  <w:rPr>
                    <w:rFonts w:ascii="MS Gothic" w:eastAsia="MS Gothic" w:hAnsi="MS Gothic" w:cs="Times New Roman" w:hint="eastAsia"/>
                    <w:b/>
                    <w:sz w:val="20"/>
                    <w:szCs w:val="20"/>
                    <w:lang w:val="tr-TR"/>
                  </w:rPr>
                  <w:t>☐</w:t>
                </w:r>
              </w:sdtContent>
            </w:sdt>
            <w:r w:rsidRPr="008C25ED">
              <w:rPr>
                <w:rFonts w:ascii="Times New Roman" w:hAnsi="Times New Roman" w:cs="Times New Roman"/>
                <w:lang w:val="tr-TR"/>
              </w:rPr>
              <w:t xml:space="preserve"> </w:t>
            </w:r>
            <w:proofErr w:type="spellStart"/>
            <w:r w:rsidRPr="008C25ED">
              <w:rPr>
                <w:rFonts w:ascii="Times New Roman" w:hAnsi="Times New Roman" w:cs="Times New Roman"/>
                <w:lang w:val="tr-TR"/>
              </w:rPr>
              <w:t>Katılıyorum</w:t>
            </w:r>
            <w:proofErr w:type="spellEnd"/>
            <w:r w:rsidRPr="008C25ED">
              <w:rPr>
                <w:rFonts w:ascii="Times New Roman" w:hAnsi="Times New Roman" w:cs="Times New Roman"/>
                <w:lang w:val="tr-TR"/>
              </w:rPr>
              <w:t xml:space="preserve">    </w:t>
            </w:r>
            <w:sdt>
              <w:sdtPr>
                <w:rPr>
                  <w:rFonts w:ascii="Times New Roman" w:hAnsi="Times New Roman" w:cs="Times New Roman"/>
                  <w:b/>
                  <w:sz w:val="20"/>
                  <w:szCs w:val="20"/>
                  <w:lang w:val="tr-TR"/>
                </w:rPr>
                <w:id w:val="-128125800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F64CAD">
                  <w:rPr>
                    <w:rFonts w:ascii="MS Gothic" w:eastAsia="MS Gothic" w:hAnsi="MS Gothic" w:cs="Times New Roman" w:hint="eastAsia"/>
                    <w:b/>
                    <w:sz w:val="20"/>
                    <w:szCs w:val="20"/>
                    <w:lang w:val="tr-TR"/>
                  </w:rPr>
                  <w:t>☐</w:t>
                </w:r>
              </w:sdtContent>
            </w:sdt>
            <w:r w:rsidRPr="008C25ED">
              <w:rPr>
                <w:rFonts w:ascii="Times New Roman" w:hAnsi="Times New Roman" w:cs="Times New Roman"/>
                <w:lang w:val="tr-TR"/>
              </w:rPr>
              <w:t xml:space="preserve"> Kararsızım    </w:t>
            </w:r>
            <w:sdt>
              <w:sdtPr>
                <w:rPr>
                  <w:rFonts w:ascii="Times New Roman" w:hAnsi="Times New Roman" w:cs="Times New Roman"/>
                  <w:b/>
                  <w:sz w:val="20"/>
                  <w:szCs w:val="20"/>
                  <w:lang w:val="tr-TR"/>
                </w:rPr>
                <w:id w:val="-95579160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F64CAD">
                  <w:rPr>
                    <w:rFonts w:ascii="MS Gothic" w:eastAsia="MS Gothic" w:hAnsi="MS Gothic" w:cs="Times New Roman" w:hint="eastAsia"/>
                    <w:b/>
                    <w:sz w:val="20"/>
                    <w:szCs w:val="20"/>
                    <w:lang w:val="tr-TR"/>
                  </w:rPr>
                  <w:t>☐</w:t>
                </w:r>
              </w:sdtContent>
            </w:sdt>
            <w:r w:rsidRPr="008C25ED">
              <w:rPr>
                <w:rFonts w:ascii="Times New Roman" w:hAnsi="Times New Roman" w:cs="Times New Roman"/>
                <w:lang w:val="tr-TR"/>
              </w:rPr>
              <w:t xml:space="preserve"> Katılmıyorum    </w:t>
            </w:r>
            <w:sdt>
              <w:sdtPr>
                <w:rPr>
                  <w:rFonts w:ascii="Times New Roman" w:hAnsi="Times New Roman" w:cs="Times New Roman"/>
                  <w:b/>
                  <w:sz w:val="20"/>
                  <w:szCs w:val="20"/>
                  <w:lang w:val="tr-TR"/>
                </w:rPr>
                <w:id w:val="34976539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F64CAD">
                  <w:rPr>
                    <w:rFonts w:ascii="MS Gothic" w:eastAsia="MS Gothic" w:hAnsi="MS Gothic" w:cs="Times New Roman" w:hint="eastAsia"/>
                    <w:b/>
                    <w:sz w:val="20"/>
                    <w:szCs w:val="20"/>
                    <w:lang w:val="tr-TR"/>
                  </w:rPr>
                  <w:t>☐</w:t>
                </w:r>
              </w:sdtContent>
            </w:sdt>
            <w:r w:rsidRPr="008C25ED">
              <w:rPr>
                <w:rFonts w:ascii="Times New Roman" w:hAnsi="Times New Roman" w:cs="Times New Roman"/>
                <w:lang w:val="tr-TR"/>
              </w:rPr>
              <w:t xml:space="preserve"> Kesinlikle Katılmıyorum</w:t>
            </w:r>
          </w:p>
        </w:tc>
      </w:tr>
      <w:tr w:rsidR="00F64CAD" w:rsidRPr="00F64CAD" w14:paraId="3257EED6" w14:textId="77777777" w:rsidTr="008C25ED">
        <w:tc>
          <w:tcPr>
            <w:tcW w:w="3794" w:type="dxa"/>
          </w:tcPr>
          <w:p w14:paraId="42F21460" w14:textId="77777777" w:rsidR="00F64CAD" w:rsidRPr="008C25ED" w:rsidRDefault="00F64CAD" w:rsidP="00F64CAD">
            <w:pPr>
              <w:rPr>
                <w:rFonts w:ascii="Times New Roman" w:hAnsi="Times New Roman" w:cs="Times New Roman"/>
                <w:b/>
                <w:bCs/>
                <w:lang w:val="tr-TR"/>
              </w:rPr>
            </w:pPr>
            <w:r w:rsidRPr="008C25ED">
              <w:rPr>
                <w:rFonts w:ascii="Times New Roman" w:hAnsi="Times New Roman" w:cs="Times New Roman"/>
                <w:b/>
                <w:bCs/>
                <w:lang w:val="tr-TR"/>
              </w:rPr>
              <w:t>Etkinlik içerikleri ilgi çekiciydi.</w:t>
            </w:r>
          </w:p>
        </w:tc>
        <w:tc>
          <w:tcPr>
            <w:tcW w:w="10348" w:type="dxa"/>
          </w:tcPr>
          <w:p w14:paraId="5C04770C" w14:textId="65DC5A03" w:rsidR="00F64CAD" w:rsidRPr="008C25ED" w:rsidRDefault="00F64CAD" w:rsidP="00F64CAD">
            <w:pPr>
              <w:rPr>
                <w:rFonts w:ascii="Times New Roman" w:hAnsi="Times New Roman" w:cs="Times New Roman"/>
                <w:lang w:val="tr-TR"/>
              </w:rPr>
            </w:pPr>
            <w:r w:rsidRPr="00F64CAD">
              <w:rPr>
                <w:rFonts w:ascii="Times New Roman" w:hAnsi="Times New Roman" w:cs="Times New Roman"/>
                <w:b/>
                <w:sz w:val="20"/>
                <w:szCs w:val="20"/>
                <w:lang w:val="tr-TR"/>
              </w:rPr>
              <w:t xml:space="preserve"> </w:t>
            </w:r>
            <w:sdt>
              <w:sdtPr>
                <w:rPr>
                  <w:rFonts w:ascii="Times New Roman" w:hAnsi="Times New Roman" w:cs="Times New Roman"/>
                  <w:b/>
                  <w:sz w:val="20"/>
                  <w:szCs w:val="20"/>
                  <w:lang w:val="tr-TR"/>
                </w:rPr>
                <w:id w:val="-156162880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Times New Roman" w:hint="eastAsia"/>
                    <w:b/>
                    <w:sz w:val="20"/>
                    <w:szCs w:val="20"/>
                    <w:lang w:val="tr-TR"/>
                  </w:rPr>
                  <w:t>☐</w:t>
                </w:r>
              </w:sdtContent>
            </w:sdt>
            <w:r w:rsidRPr="008C25ED">
              <w:rPr>
                <w:rFonts w:ascii="Times New Roman" w:hAnsi="Times New Roman" w:cs="Times New Roman"/>
                <w:lang w:val="tr-TR"/>
              </w:rPr>
              <w:t xml:space="preserve"> Kesinlikle Katılıyorum    </w:t>
            </w:r>
            <w:r w:rsidRPr="00F64CAD">
              <w:rPr>
                <w:rFonts w:ascii="Times New Roman" w:hAnsi="Times New Roman" w:cs="Times New Roman"/>
                <w:b/>
                <w:sz w:val="20"/>
                <w:szCs w:val="20"/>
                <w:lang w:val="tr-TR"/>
              </w:rPr>
              <w:t xml:space="preserve"> </w:t>
            </w:r>
            <w:sdt>
              <w:sdtPr>
                <w:rPr>
                  <w:rFonts w:ascii="Times New Roman" w:hAnsi="Times New Roman" w:cs="Times New Roman"/>
                  <w:b/>
                  <w:sz w:val="20"/>
                  <w:szCs w:val="20"/>
                  <w:lang w:val="tr-TR"/>
                </w:rPr>
                <w:id w:val="201942719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F64CAD">
                  <w:rPr>
                    <w:rFonts w:ascii="MS Gothic" w:eastAsia="MS Gothic" w:hAnsi="MS Gothic" w:cs="Times New Roman" w:hint="eastAsia"/>
                    <w:b/>
                    <w:sz w:val="20"/>
                    <w:szCs w:val="20"/>
                    <w:lang w:val="tr-TR"/>
                  </w:rPr>
                  <w:t>☐</w:t>
                </w:r>
              </w:sdtContent>
            </w:sdt>
            <w:r w:rsidRPr="008C25ED">
              <w:rPr>
                <w:rFonts w:ascii="Times New Roman" w:hAnsi="Times New Roman" w:cs="Times New Roman"/>
                <w:lang w:val="tr-TR"/>
              </w:rPr>
              <w:t xml:space="preserve"> </w:t>
            </w:r>
            <w:proofErr w:type="spellStart"/>
            <w:r w:rsidRPr="008C25ED">
              <w:rPr>
                <w:rFonts w:ascii="Times New Roman" w:hAnsi="Times New Roman" w:cs="Times New Roman"/>
                <w:lang w:val="tr-TR"/>
              </w:rPr>
              <w:t>Katılıyorum</w:t>
            </w:r>
            <w:proofErr w:type="spellEnd"/>
            <w:r w:rsidRPr="008C25ED">
              <w:rPr>
                <w:rFonts w:ascii="Times New Roman" w:hAnsi="Times New Roman" w:cs="Times New Roman"/>
                <w:lang w:val="tr-TR"/>
              </w:rPr>
              <w:t xml:space="preserve">    </w:t>
            </w:r>
            <w:sdt>
              <w:sdtPr>
                <w:rPr>
                  <w:rFonts w:ascii="Times New Roman" w:hAnsi="Times New Roman" w:cs="Times New Roman"/>
                  <w:b/>
                  <w:sz w:val="20"/>
                  <w:szCs w:val="20"/>
                  <w:lang w:val="tr-TR"/>
                </w:rPr>
                <w:id w:val="2152720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F64CAD">
                  <w:rPr>
                    <w:rFonts w:ascii="MS Gothic" w:eastAsia="MS Gothic" w:hAnsi="MS Gothic" w:cs="Times New Roman" w:hint="eastAsia"/>
                    <w:b/>
                    <w:sz w:val="20"/>
                    <w:szCs w:val="20"/>
                    <w:lang w:val="tr-TR"/>
                  </w:rPr>
                  <w:t>☐</w:t>
                </w:r>
              </w:sdtContent>
            </w:sdt>
            <w:r w:rsidRPr="008C25ED">
              <w:rPr>
                <w:rFonts w:ascii="Times New Roman" w:hAnsi="Times New Roman" w:cs="Times New Roman"/>
                <w:lang w:val="tr-TR"/>
              </w:rPr>
              <w:t xml:space="preserve"> Kararsızım    </w:t>
            </w:r>
            <w:sdt>
              <w:sdtPr>
                <w:rPr>
                  <w:rFonts w:ascii="Times New Roman" w:hAnsi="Times New Roman" w:cs="Times New Roman"/>
                  <w:b/>
                  <w:sz w:val="20"/>
                  <w:szCs w:val="20"/>
                  <w:lang w:val="tr-TR"/>
                </w:rPr>
                <w:id w:val="-63162928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F64CAD">
                  <w:rPr>
                    <w:rFonts w:ascii="MS Gothic" w:eastAsia="MS Gothic" w:hAnsi="MS Gothic" w:cs="Times New Roman" w:hint="eastAsia"/>
                    <w:b/>
                    <w:sz w:val="20"/>
                    <w:szCs w:val="20"/>
                    <w:lang w:val="tr-TR"/>
                  </w:rPr>
                  <w:t>☐</w:t>
                </w:r>
              </w:sdtContent>
            </w:sdt>
            <w:r w:rsidRPr="008C25ED">
              <w:rPr>
                <w:rFonts w:ascii="Times New Roman" w:hAnsi="Times New Roman" w:cs="Times New Roman"/>
                <w:lang w:val="tr-TR"/>
              </w:rPr>
              <w:t xml:space="preserve"> Katılmıyorum    </w:t>
            </w:r>
            <w:sdt>
              <w:sdtPr>
                <w:rPr>
                  <w:rFonts w:ascii="Times New Roman" w:hAnsi="Times New Roman" w:cs="Times New Roman"/>
                  <w:b/>
                  <w:sz w:val="20"/>
                  <w:szCs w:val="20"/>
                  <w:lang w:val="tr-TR"/>
                </w:rPr>
                <w:id w:val="135861457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F64CAD">
                  <w:rPr>
                    <w:rFonts w:ascii="MS Gothic" w:eastAsia="MS Gothic" w:hAnsi="MS Gothic" w:cs="Times New Roman" w:hint="eastAsia"/>
                    <w:b/>
                    <w:sz w:val="20"/>
                    <w:szCs w:val="20"/>
                    <w:lang w:val="tr-TR"/>
                  </w:rPr>
                  <w:t>☐</w:t>
                </w:r>
              </w:sdtContent>
            </w:sdt>
            <w:r w:rsidRPr="008C25ED">
              <w:rPr>
                <w:rFonts w:ascii="Times New Roman" w:hAnsi="Times New Roman" w:cs="Times New Roman"/>
                <w:lang w:val="tr-TR"/>
              </w:rPr>
              <w:t xml:space="preserve"> Kesinlikle Katılmıyorum</w:t>
            </w:r>
          </w:p>
        </w:tc>
      </w:tr>
      <w:tr w:rsidR="00F64CAD" w:rsidRPr="00F64CAD" w14:paraId="1214E3D1" w14:textId="77777777" w:rsidTr="008C25ED">
        <w:tc>
          <w:tcPr>
            <w:tcW w:w="3794" w:type="dxa"/>
          </w:tcPr>
          <w:p w14:paraId="60B5128E" w14:textId="2F59A1AB" w:rsidR="00F64CAD" w:rsidRPr="008C25ED" w:rsidRDefault="00F64CAD" w:rsidP="00F64CAD">
            <w:pPr>
              <w:rPr>
                <w:rFonts w:ascii="Times New Roman" w:hAnsi="Times New Roman" w:cs="Times New Roman"/>
                <w:b/>
                <w:bCs/>
                <w:lang w:val="tr-TR"/>
              </w:rPr>
            </w:pPr>
            <w:r>
              <w:rPr>
                <w:rFonts w:ascii="Times New Roman" w:hAnsi="Times New Roman" w:cs="Times New Roman"/>
                <w:b/>
                <w:bCs/>
                <w:lang w:val="tr-TR"/>
              </w:rPr>
              <w:t>Etkinlik duyurulan plana göre gerçekleştirildi.</w:t>
            </w:r>
          </w:p>
        </w:tc>
        <w:tc>
          <w:tcPr>
            <w:tcW w:w="10348" w:type="dxa"/>
          </w:tcPr>
          <w:p w14:paraId="1D95ACDA" w14:textId="1CD76EA7" w:rsidR="00F64CAD" w:rsidRPr="008C25ED" w:rsidRDefault="00F64CAD" w:rsidP="00F64CAD">
            <w:pPr>
              <w:rPr>
                <w:rFonts w:ascii="Segoe UI Symbol" w:hAnsi="Segoe UI Symbol" w:cs="Segoe UI Symbol"/>
                <w:lang w:val="tr-TR"/>
              </w:rPr>
            </w:pPr>
            <w:r w:rsidRPr="00F64CAD">
              <w:rPr>
                <w:rFonts w:ascii="Times New Roman" w:hAnsi="Times New Roman" w:cs="Times New Roman"/>
                <w:b/>
                <w:sz w:val="20"/>
                <w:szCs w:val="20"/>
                <w:lang w:val="tr-TR"/>
              </w:rPr>
              <w:t xml:space="preserve"> </w:t>
            </w:r>
            <w:sdt>
              <w:sdtPr>
                <w:rPr>
                  <w:rFonts w:ascii="Times New Roman" w:hAnsi="Times New Roman" w:cs="Times New Roman"/>
                  <w:b/>
                  <w:sz w:val="20"/>
                  <w:szCs w:val="20"/>
                  <w:lang w:val="tr-TR"/>
                </w:rPr>
                <w:id w:val="198674089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Times New Roman" w:hint="eastAsia"/>
                    <w:b/>
                    <w:sz w:val="20"/>
                    <w:szCs w:val="20"/>
                    <w:lang w:val="tr-TR"/>
                  </w:rPr>
                  <w:t>☐</w:t>
                </w:r>
              </w:sdtContent>
            </w:sdt>
            <w:r w:rsidRPr="008C25ED">
              <w:rPr>
                <w:rFonts w:ascii="Times New Roman" w:hAnsi="Times New Roman" w:cs="Times New Roman"/>
                <w:lang w:val="tr-TR"/>
              </w:rPr>
              <w:t xml:space="preserve"> Kesinlikle Katılıyorum    </w:t>
            </w:r>
            <w:r w:rsidRPr="00F64CAD">
              <w:rPr>
                <w:rFonts w:ascii="Times New Roman" w:hAnsi="Times New Roman" w:cs="Times New Roman"/>
                <w:b/>
                <w:sz w:val="20"/>
                <w:szCs w:val="20"/>
                <w:lang w:val="tr-TR"/>
              </w:rPr>
              <w:t xml:space="preserve"> </w:t>
            </w:r>
            <w:sdt>
              <w:sdtPr>
                <w:rPr>
                  <w:rFonts w:ascii="Times New Roman" w:hAnsi="Times New Roman" w:cs="Times New Roman"/>
                  <w:b/>
                  <w:sz w:val="20"/>
                  <w:szCs w:val="20"/>
                  <w:lang w:val="tr-TR"/>
                </w:rPr>
                <w:id w:val="-206246605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F64CAD">
                  <w:rPr>
                    <w:rFonts w:ascii="MS Gothic" w:eastAsia="MS Gothic" w:hAnsi="MS Gothic" w:cs="Times New Roman" w:hint="eastAsia"/>
                    <w:b/>
                    <w:sz w:val="20"/>
                    <w:szCs w:val="20"/>
                    <w:lang w:val="tr-TR"/>
                  </w:rPr>
                  <w:t>☐</w:t>
                </w:r>
              </w:sdtContent>
            </w:sdt>
            <w:r w:rsidRPr="008C25ED">
              <w:rPr>
                <w:rFonts w:ascii="Times New Roman" w:hAnsi="Times New Roman" w:cs="Times New Roman"/>
                <w:lang w:val="tr-TR"/>
              </w:rPr>
              <w:t xml:space="preserve"> </w:t>
            </w:r>
            <w:proofErr w:type="spellStart"/>
            <w:r w:rsidRPr="008C25ED">
              <w:rPr>
                <w:rFonts w:ascii="Times New Roman" w:hAnsi="Times New Roman" w:cs="Times New Roman"/>
                <w:lang w:val="tr-TR"/>
              </w:rPr>
              <w:t>Katılıyorum</w:t>
            </w:r>
            <w:proofErr w:type="spellEnd"/>
            <w:r w:rsidRPr="008C25ED">
              <w:rPr>
                <w:rFonts w:ascii="Times New Roman" w:hAnsi="Times New Roman" w:cs="Times New Roman"/>
                <w:lang w:val="tr-TR"/>
              </w:rPr>
              <w:t xml:space="preserve">    </w:t>
            </w:r>
            <w:sdt>
              <w:sdtPr>
                <w:rPr>
                  <w:rFonts w:ascii="Times New Roman" w:hAnsi="Times New Roman" w:cs="Times New Roman"/>
                  <w:b/>
                  <w:sz w:val="20"/>
                  <w:szCs w:val="20"/>
                  <w:lang w:val="tr-TR"/>
                </w:rPr>
                <w:id w:val="-212899350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F64CAD">
                  <w:rPr>
                    <w:rFonts w:ascii="MS Gothic" w:eastAsia="MS Gothic" w:hAnsi="MS Gothic" w:cs="Times New Roman" w:hint="eastAsia"/>
                    <w:b/>
                    <w:sz w:val="20"/>
                    <w:szCs w:val="20"/>
                    <w:lang w:val="tr-TR"/>
                  </w:rPr>
                  <w:t>☐</w:t>
                </w:r>
              </w:sdtContent>
            </w:sdt>
            <w:r w:rsidRPr="008C25ED">
              <w:rPr>
                <w:rFonts w:ascii="Times New Roman" w:hAnsi="Times New Roman" w:cs="Times New Roman"/>
                <w:lang w:val="tr-TR"/>
              </w:rPr>
              <w:t xml:space="preserve"> Kararsızım    </w:t>
            </w:r>
            <w:sdt>
              <w:sdtPr>
                <w:rPr>
                  <w:rFonts w:ascii="Times New Roman" w:hAnsi="Times New Roman" w:cs="Times New Roman"/>
                  <w:b/>
                  <w:sz w:val="20"/>
                  <w:szCs w:val="20"/>
                  <w:lang w:val="tr-TR"/>
                </w:rPr>
                <w:id w:val="-2833874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F64CAD">
                  <w:rPr>
                    <w:rFonts w:ascii="MS Gothic" w:eastAsia="MS Gothic" w:hAnsi="MS Gothic" w:cs="Times New Roman" w:hint="eastAsia"/>
                    <w:b/>
                    <w:sz w:val="20"/>
                    <w:szCs w:val="20"/>
                    <w:lang w:val="tr-TR"/>
                  </w:rPr>
                  <w:t>☐</w:t>
                </w:r>
              </w:sdtContent>
            </w:sdt>
            <w:r w:rsidRPr="008C25ED">
              <w:rPr>
                <w:rFonts w:ascii="Times New Roman" w:hAnsi="Times New Roman" w:cs="Times New Roman"/>
                <w:lang w:val="tr-TR"/>
              </w:rPr>
              <w:t xml:space="preserve"> Katılmıyorum    </w:t>
            </w:r>
            <w:sdt>
              <w:sdtPr>
                <w:rPr>
                  <w:rFonts w:ascii="Times New Roman" w:hAnsi="Times New Roman" w:cs="Times New Roman"/>
                  <w:b/>
                  <w:sz w:val="20"/>
                  <w:szCs w:val="20"/>
                  <w:lang w:val="tr-TR"/>
                </w:rPr>
                <w:id w:val="153614957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Times New Roman" w:hint="eastAsia"/>
                    <w:b/>
                    <w:sz w:val="20"/>
                    <w:szCs w:val="20"/>
                    <w:lang w:val="tr-TR"/>
                  </w:rPr>
                  <w:t>☐</w:t>
                </w:r>
              </w:sdtContent>
            </w:sdt>
            <w:r w:rsidRPr="008C25ED">
              <w:rPr>
                <w:rFonts w:ascii="Times New Roman" w:hAnsi="Times New Roman" w:cs="Times New Roman"/>
                <w:lang w:val="tr-TR"/>
              </w:rPr>
              <w:t xml:space="preserve"> Kesinlikle Katılmıyorum</w:t>
            </w:r>
          </w:p>
        </w:tc>
      </w:tr>
      <w:tr w:rsidR="00F64CAD" w:rsidRPr="00F64CAD" w14:paraId="531E7E93" w14:textId="77777777" w:rsidTr="008C25ED">
        <w:tc>
          <w:tcPr>
            <w:tcW w:w="3794" w:type="dxa"/>
          </w:tcPr>
          <w:p w14:paraId="72725BA9" w14:textId="77777777" w:rsidR="00F64CAD" w:rsidRPr="008C25ED" w:rsidRDefault="00F64CAD" w:rsidP="00F64CAD">
            <w:pPr>
              <w:rPr>
                <w:rFonts w:ascii="Times New Roman" w:hAnsi="Times New Roman" w:cs="Times New Roman"/>
                <w:b/>
                <w:bCs/>
                <w:lang w:val="tr-TR"/>
              </w:rPr>
            </w:pPr>
            <w:r w:rsidRPr="008C25ED">
              <w:rPr>
                <w:rFonts w:ascii="Times New Roman" w:hAnsi="Times New Roman" w:cs="Times New Roman"/>
                <w:b/>
                <w:bCs/>
                <w:lang w:val="tr-TR"/>
              </w:rPr>
              <w:t>Konuşmacılar/katılımcılar etkinliğe değer kattı.</w:t>
            </w:r>
          </w:p>
        </w:tc>
        <w:tc>
          <w:tcPr>
            <w:tcW w:w="10348" w:type="dxa"/>
          </w:tcPr>
          <w:p w14:paraId="28334D05" w14:textId="7346B2E8" w:rsidR="00F64CAD" w:rsidRPr="008C25ED" w:rsidRDefault="00F64CAD" w:rsidP="00F64CAD">
            <w:pPr>
              <w:rPr>
                <w:rFonts w:ascii="Times New Roman" w:hAnsi="Times New Roman" w:cs="Times New Roman"/>
                <w:lang w:val="tr-TR"/>
              </w:rPr>
            </w:pPr>
            <w:r w:rsidRPr="00F64CAD">
              <w:rPr>
                <w:rFonts w:ascii="Times New Roman" w:hAnsi="Times New Roman" w:cs="Times New Roman"/>
                <w:b/>
                <w:sz w:val="20"/>
                <w:szCs w:val="20"/>
                <w:lang w:val="tr-TR"/>
              </w:rPr>
              <w:t xml:space="preserve"> </w:t>
            </w:r>
            <w:sdt>
              <w:sdtPr>
                <w:rPr>
                  <w:rFonts w:ascii="Times New Roman" w:hAnsi="Times New Roman" w:cs="Times New Roman"/>
                  <w:b/>
                  <w:sz w:val="20"/>
                  <w:szCs w:val="20"/>
                  <w:lang w:val="tr-TR"/>
                </w:rPr>
                <w:id w:val="-19168340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Times New Roman" w:hint="eastAsia"/>
                    <w:b/>
                    <w:sz w:val="20"/>
                    <w:szCs w:val="20"/>
                    <w:lang w:val="tr-TR"/>
                  </w:rPr>
                  <w:t>☐</w:t>
                </w:r>
              </w:sdtContent>
            </w:sdt>
            <w:r w:rsidRPr="008C25ED">
              <w:rPr>
                <w:rFonts w:ascii="Times New Roman" w:hAnsi="Times New Roman" w:cs="Times New Roman"/>
                <w:lang w:val="tr-TR"/>
              </w:rPr>
              <w:t xml:space="preserve"> Kesinlikle Katılıyorum    </w:t>
            </w:r>
            <w:r w:rsidRPr="00F64CAD">
              <w:rPr>
                <w:rFonts w:ascii="Times New Roman" w:hAnsi="Times New Roman" w:cs="Times New Roman"/>
                <w:b/>
                <w:sz w:val="20"/>
                <w:szCs w:val="20"/>
                <w:lang w:val="tr-TR"/>
              </w:rPr>
              <w:t xml:space="preserve"> </w:t>
            </w:r>
            <w:sdt>
              <w:sdtPr>
                <w:rPr>
                  <w:rFonts w:ascii="Times New Roman" w:hAnsi="Times New Roman" w:cs="Times New Roman"/>
                  <w:b/>
                  <w:sz w:val="20"/>
                  <w:szCs w:val="20"/>
                  <w:lang w:val="tr-TR"/>
                </w:rPr>
                <w:id w:val="-160710871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F64CAD">
                  <w:rPr>
                    <w:rFonts w:ascii="MS Gothic" w:eastAsia="MS Gothic" w:hAnsi="MS Gothic" w:cs="Times New Roman" w:hint="eastAsia"/>
                    <w:b/>
                    <w:sz w:val="20"/>
                    <w:szCs w:val="20"/>
                    <w:lang w:val="tr-TR"/>
                  </w:rPr>
                  <w:t>☐</w:t>
                </w:r>
              </w:sdtContent>
            </w:sdt>
            <w:r w:rsidRPr="008C25ED">
              <w:rPr>
                <w:rFonts w:ascii="Times New Roman" w:hAnsi="Times New Roman" w:cs="Times New Roman"/>
                <w:lang w:val="tr-TR"/>
              </w:rPr>
              <w:t xml:space="preserve"> </w:t>
            </w:r>
            <w:proofErr w:type="spellStart"/>
            <w:r w:rsidRPr="008C25ED">
              <w:rPr>
                <w:rFonts w:ascii="Times New Roman" w:hAnsi="Times New Roman" w:cs="Times New Roman"/>
                <w:lang w:val="tr-TR"/>
              </w:rPr>
              <w:t>Katılıyorum</w:t>
            </w:r>
            <w:proofErr w:type="spellEnd"/>
            <w:r w:rsidRPr="008C25ED">
              <w:rPr>
                <w:rFonts w:ascii="Times New Roman" w:hAnsi="Times New Roman" w:cs="Times New Roman"/>
                <w:lang w:val="tr-TR"/>
              </w:rPr>
              <w:t xml:space="preserve">    </w:t>
            </w:r>
            <w:sdt>
              <w:sdtPr>
                <w:rPr>
                  <w:rFonts w:ascii="Times New Roman" w:hAnsi="Times New Roman" w:cs="Times New Roman"/>
                  <w:b/>
                  <w:sz w:val="20"/>
                  <w:szCs w:val="20"/>
                  <w:lang w:val="tr-TR"/>
                </w:rPr>
                <w:id w:val="98135230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F64CAD">
                  <w:rPr>
                    <w:rFonts w:ascii="MS Gothic" w:eastAsia="MS Gothic" w:hAnsi="MS Gothic" w:cs="Times New Roman" w:hint="eastAsia"/>
                    <w:b/>
                    <w:sz w:val="20"/>
                    <w:szCs w:val="20"/>
                    <w:lang w:val="tr-TR"/>
                  </w:rPr>
                  <w:t>☐</w:t>
                </w:r>
              </w:sdtContent>
            </w:sdt>
            <w:r w:rsidRPr="008C25ED">
              <w:rPr>
                <w:rFonts w:ascii="Times New Roman" w:hAnsi="Times New Roman" w:cs="Times New Roman"/>
                <w:lang w:val="tr-TR"/>
              </w:rPr>
              <w:t xml:space="preserve"> Kararsızım    </w:t>
            </w:r>
            <w:sdt>
              <w:sdtPr>
                <w:rPr>
                  <w:rFonts w:ascii="Times New Roman" w:hAnsi="Times New Roman" w:cs="Times New Roman"/>
                  <w:b/>
                  <w:sz w:val="20"/>
                  <w:szCs w:val="20"/>
                  <w:lang w:val="tr-TR"/>
                </w:rPr>
                <w:id w:val="-204989952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F64CAD">
                  <w:rPr>
                    <w:rFonts w:ascii="MS Gothic" w:eastAsia="MS Gothic" w:hAnsi="MS Gothic" w:cs="Times New Roman" w:hint="eastAsia"/>
                    <w:b/>
                    <w:sz w:val="20"/>
                    <w:szCs w:val="20"/>
                    <w:lang w:val="tr-TR"/>
                  </w:rPr>
                  <w:t>☐</w:t>
                </w:r>
              </w:sdtContent>
            </w:sdt>
            <w:r w:rsidRPr="008C25ED">
              <w:rPr>
                <w:rFonts w:ascii="Times New Roman" w:hAnsi="Times New Roman" w:cs="Times New Roman"/>
                <w:lang w:val="tr-TR"/>
              </w:rPr>
              <w:t xml:space="preserve"> Katılmıyorum    </w:t>
            </w:r>
            <w:sdt>
              <w:sdtPr>
                <w:rPr>
                  <w:rFonts w:ascii="Times New Roman" w:hAnsi="Times New Roman" w:cs="Times New Roman"/>
                  <w:b/>
                  <w:sz w:val="20"/>
                  <w:szCs w:val="20"/>
                  <w:lang w:val="tr-TR"/>
                </w:rPr>
                <w:id w:val="-206778128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F64CAD">
                  <w:rPr>
                    <w:rFonts w:ascii="MS Gothic" w:eastAsia="MS Gothic" w:hAnsi="MS Gothic" w:cs="Times New Roman" w:hint="eastAsia"/>
                    <w:b/>
                    <w:sz w:val="20"/>
                    <w:szCs w:val="20"/>
                    <w:lang w:val="tr-TR"/>
                  </w:rPr>
                  <w:t>☐</w:t>
                </w:r>
              </w:sdtContent>
            </w:sdt>
            <w:r w:rsidRPr="008C25ED">
              <w:rPr>
                <w:rFonts w:ascii="Times New Roman" w:hAnsi="Times New Roman" w:cs="Times New Roman"/>
                <w:lang w:val="tr-TR"/>
              </w:rPr>
              <w:t xml:space="preserve"> Kesinlikle Katılmıyorum</w:t>
            </w:r>
          </w:p>
        </w:tc>
      </w:tr>
      <w:tr w:rsidR="00F64CAD" w:rsidRPr="00F64CAD" w14:paraId="24ED628B" w14:textId="77777777" w:rsidTr="008C25ED">
        <w:tc>
          <w:tcPr>
            <w:tcW w:w="3794" w:type="dxa"/>
          </w:tcPr>
          <w:p w14:paraId="53EAAB5D" w14:textId="77777777" w:rsidR="00F64CAD" w:rsidRPr="008C25ED" w:rsidRDefault="00F64CAD" w:rsidP="00F64CAD">
            <w:pPr>
              <w:rPr>
                <w:rFonts w:ascii="Times New Roman" w:hAnsi="Times New Roman" w:cs="Times New Roman"/>
                <w:b/>
                <w:bCs/>
                <w:lang w:val="tr-TR"/>
              </w:rPr>
            </w:pPr>
            <w:r w:rsidRPr="008C25ED">
              <w:rPr>
                <w:rFonts w:ascii="Times New Roman" w:hAnsi="Times New Roman" w:cs="Times New Roman"/>
                <w:b/>
                <w:bCs/>
                <w:lang w:val="tr-TR"/>
              </w:rPr>
              <w:t>Etkinlik sırasında verilen bilgiler faydalıydı.</w:t>
            </w:r>
          </w:p>
        </w:tc>
        <w:tc>
          <w:tcPr>
            <w:tcW w:w="10348" w:type="dxa"/>
          </w:tcPr>
          <w:p w14:paraId="6CBCE014" w14:textId="570F18E6" w:rsidR="00F64CAD" w:rsidRPr="008C25ED" w:rsidRDefault="00F64CAD" w:rsidP="00F64CAD">
            <w:pPr>
              <w:rPr>
                <w:rFonts w:ascii="Times New Roman" w:hAnsi="Times New Roman" w:cs="Times New Roman"/>
                <w:lang w:val="tr-TR"/>
              </w:rPr>
            </w:pPr>
            <w:r w:rsidRPr="00F64CAD">
              <w:rPr>
                <w:rFonts w:ascii="Times New Roman" w:hAnsi="Times New Roman" w:cs="Times New Roman"/>
                <w:b/>
                <w:sz w:val="20"/>
                <w:szCs w:val="20"/>
                <w:lang w:val="tr-TR"/>
              </w:rPr>
              <w:t xml:space="preserve"> </w:t>
            </w:r>
            <w:sdt>
              <w:sdtPr>
                <w:rPr>
                  <w:rFonts w:ascii="Times New Roman" w:hAnsi="Times New Roman" w:cs="Times New Roman"/>
                  <w:b/>
                  <w:sz w:val="20"/>
                  <w:szCs w:val="20"/>
                  <w:lang w:val="tr-TR"/>
                </w:rPr>
                <w:id w:val="-22715958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Times New Roman" w:hint="eastAsia"/>
                    <w:b/>
                    <w:sz w:val="20"/>
                    <w:szCs w:val="20"/>
                    <w:lang w:val="tr-TR"/>
                  </w:rPr>
                  <w:t>☐</w:t>
                </w:r>
              </w:sdtContent>
            </w:sdt>
            <w:r w:rsidRPr="008C25ED">
              <w:rPr>
                <w:rFonts w:ascii="Times New Roman" w:hAnsi="Times New Roman" w:cs="Times New Roman"/>
                <w:lang w:val="tr-TR"/>
              </w:rPr>
              <w:t xml:space="preserve"> Kesinlikle Katılıyorum    </w:t>
            </w:r>
            <w:r w:rsidRPr="00F64CAD">
              <w:rPr>
                <w:rFonts w:ascii="Times New Roman" w:hAnsi="Times New Roman" w:cs="Times New Roman"/>
                <w:b/>
                <w:sz w:val="20"/>
                <w:szCs w:val="20"/>
                <w:lang w:val="tr-TR"/>
              </w:rPr>
              <w:t xml:space="preserve"> </w:t>
            </w:r>
            <w:sdt>
              <w:sdtPr>
                <w:rPr>
                  <w:rFonts w:ascii="Times New Roman" w:hAnsi="Times New Roman" w:cs="Times New Roman"/>
                  <w:b/>
                  <w:sz w:val="20"/>
                  <w:szCs w:val="20"/>
                  <w:lang w:val="tr-TR"/>
                </w:rPr>
                <w:id w:val="-162491846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F64CAD">
                  <w:rPr>
                    <w:rFonts w:ascii="MS Gothic" w:eastAsia="MS Gothic" w:hAnsi="MS Gothic" w:cs="Times New Roman" w:hint="eastAsia"/>
                    <w:b/>
                    <w:sz w:val="20"/>
                    <w:szCs w:val="20"/>
                    <w:lang w:val="tr-TR"/>
                  </w:rPr>
                  <w:t>☐</w:t>
                </w:r>
              </w:sdtContent>
            </w:sdt>
            <w:r w:rsidRPr="008C25ED">
              <w:rPr>
                <w:rFonts w:ascii="Times New Roman" w:hAnsi="Times New Roman" w:cs="Times New Roman"/>
                <w:lang w:val="tr-TR"/>
              </w:rPr>
              <w:t xml:space="preserve"> </w:t>
            </w:r>
            <w:proofErr w:type="spellStart"/>
            <w:r w:rsidRPr="008C25ED">
              <w:rPr>
                <w:rFonts w:ascii="Times New Roman" w:hAnsi="Times New Roman" w:cs="Times New Roman"/>
                <w:lang w:val="tr-TR"/>
              </w:rPr>
              <w:t>Katılıyorum</w:t>
            </w:r>
            <w:proofErr w:type="spellEnd"/>
            <w:r w:rsidRPr="008C25ED">
              <w:rPr>
                <w:rFonts w:ascii="Times New Roman" w:hAnsi="Times New Roman" w:cs="Times New Roman"/>
                <w:lang w:val="tr-TR"/>
              </w:rPr>
              <w:t xml:space="preserve">    </w:t>
            </w:r>
            <w:sdt>
              <w:sdtPr>
                <w:rPr>
                  <w:rFonts w:ascii="Times New Roman" w:hAnsi="Times New Roman" w:cs="Times New Roman"/>
                  <w:b/>
                  <w:sz w:val="20"/>
                  <w:szCs w:val="20"/>
                  <w:lang w:val="tr-TR"/>
                </w:rPr>
                <w:id w:val="135877619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F64CAD">
                  <w:rPr>
                    <w:rFonts w:ascii="MS Gothic" w:eastAsia="MS Gothic" w:hAnsi="MS Gothic" w:cs="Times New Roman" w:hint="eastAsia"/>
                    <w:b/>
                    <w:sz w:val="20"/>
                    <w:szCs w:val="20"/>
                    <w:lang w:val="tr-TR"/>
                  </w:rPr>
                  <w:t>☐</w:t>
                </w:r>
              </w:sdtContent>
            </w:sdt>
            <w:r w:rsidRPr="008C25ED">
              <w:rPr>
                <w:rFonts w:ascii="Times New Roman" w:hAnsi="Times New Roman" w:cs="Times New Roman"/>
                <w:lang w:val="tr-TR"/>
              </w:rPr>
              <w:t xml:space="preserve"> Kararsızım    </w:t>
            </w:r>
            <w:sdt>
              <w:sdtPr>
                <w:rPr>
                  <w:rFonts w:ascii="Times New Roman" w:hAnsi="Times New Roman" w:cs="Times New Roman"/>
                  <w:b/>
                  <w:sz w:val="20"/>
                  <w:szCs w:val="20"/>
                  <w:lang w:val="tr-TR"/>
                </w:rPr>
                <w:id w:val="-156786676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F64CAD">
                  <w:rPr>
                    <w:rFonts w:ascii="MS Gothic" w:eastAsia="MS Gothic" w:hAnsi="MS Gothic" w:cs="Times New Roman" w:hint="eastAsia"/>
                    <w:b/>
                    <w:sz w:val="20"/>
                    <w:szCs w:val="20"/>
                    <w:lang w:val="tr-TR"/>
                  </w:rPr>
                  <w:t>☐</w:t>
                </w:r>
              </w:sdtContent>
            </w:sdt>
            <w:r w:rsidRPr="008C25ED">
              <w:rPr>
                <w:rFonts w:ascii="Times New Roman" w:hAnsi="Times New Roman" w:cs="Times New Roman"/>
                <w:lang w:val="tr-TR"/>
              </w:rPr>
              <w:t xml:space="preserve"> Katılmıyorum    </w:t>
            </w:r>
            <w:sdt>
              <w:sdtPr>
                <w:rPr>
                  <w:rFonts w:ascii="Times New Roman" w:hAnsi="Times New Roman" w:cs="Times New Roman"/>
                  <w:b/>
                  <w:sz w:val="20"/>
                  <w:szCs w:val="20"/>
                  <w:lang w:val="tr-TR"/>
                </w:rPr>
                <w:id w:val="-151591159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F64CAD">
                  <w:rPr>
                    <w:rFonts w:ascii="MS Gothic" w:eastAsia="MS Gothic" w:hAnsi="MS Gothic" w:cs="Times New Roman" w:hint="eastAsia"/>
                    <w:b/>
                    <w:sz w:val="20"/>
                    <w:szCs w:val="20"/>
                    <w:lang w:val="tr-TR"/>
                  </w:rPr>
                  <w:t>☐</w:t>
                </w:r>
              </w:sdtContent>
            </w:sdt>
            <w:r w:rsidRPr="008C25ED">
              <w:rPr>
                <w:rFonts w:ascii="Times New Roman" w:hAnsi="Times New Roman" w:cs="Times New Roman"/>
                <w:lang w:val="tr-TR"/>
              </w:rPr>
              <w:t xml:space="preserve"> Kesinlikle Katılmıyorum</w:t>
            </w:r>
          </w:p>
        </w:tc>
      </w:tr>
      <w:tr w:rsidR="00F64CAD" w:rsidRPr="00F64CAD" w14:paraId="143DA14D" w14:textId="77777777" w:rsidTr="008C25ED">
        <w:tc>
          <w:tcPr>
            <w:tcW w:w="3794" w:type="dxa"/>
          </w:tcPr>
          <w:p w14:paraId="424B05CC" w14:textId="0D414229" w:rsidR="00F64CAD" w:rsidRPr="008C25ED" w:rsidRDefault="00F64CAD" w:rsidP="00F64CAD">
            <w:pPr>
              <w:rPr>
                <w:rFonts w:ascii="Times New Roman" w:hAnsi="Times New Roman" w:cs="Times New Roman"/>
                <w:b/>
                <w:bCs/>
                <w:lang w:val="tr-TR"/>
              </w:rPr>
            </w:pPr>
            <w:r w:rsidRPr="008C25ED">
              <w:rPr>
                <w:rFonts w:ascii="Times New Roman" w:hAnsi="Times New Roman" w:cs="Times New Roman"/>
                <w:b/>
                <w:bCs/>
                <w:lang w:val="tr-TR"/>
              </w:rPr>
              <w:t>Etkinlik verimli geçti.</w:t>
            </w:r>
          </w:p>
        </w:tc>
        <w:tc>
          <w:tcPr>
            <w:tcW w:w="10348" w:type="dxa"/>
          </w:tcPr>
          <w:p w14:paraId="532A2E43" w14:textId="4DF6B60C" w:rsidR="00F64CAD" w:rsidRPr="008C25ED" w:rsidRDefault="00F64CAD" w:rsidP="00F64CAD">
            <w:pPr>
              <w:rPr>
                <w:rFonts w:ascii="Times New Roman" w:hAnsi="Times New Roman" w:cs="Times New Roman"/>
                <w:lang w:val="tr-TR"/>
              </w:rPr>
            </w:pPr>
            <w:r w:rsidRPr="00F64CAD">
              <w:rPr>
                <w:rFonts w:ascii="Times New Roman" w:hAnsi="Times New Roman" w:cs="Times New Roman"/>
                <w:b/>
                <w:sz w:val="20"/>
                <w:szCs w:val="20"/>
                <w:lang w:val="tr-TR"/>
              </w:rPr>
              <w:t xml:space="preserve"> </w:t>
            </w:r>
            <w:sdt>
              <w:sdtPr>
                <w:rPr>
                  <w:rFonts w:ascii="Times New Roman" w:hAnsi="Times New Roman" w:cs="Times New Roman"/>
                  <w:b/>
                  <w:sz w:val="20"/>
                  <w:szCs w:val="20"/>
                  <w:lang w:val="tr-TR"/>
                </w:rPr>
                <w:id w:val="42608384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Times New Roman" w:hint="eastAsia"/>
                    <w:b/>
                    <w:sz w:val="20"/>
                    <w:szCs w:val="20"/>
                    <w:lang w:val="tr-TR"/>
                  </w:rPr>
                  <w:t>☐</w:t>
                </w:r>
              </w:sdtContent>
            </w:sdt>
            <w:r w:rsidRPr="008C25ED">
              <w:rPr>
                <w:rFonts w:ascii="Times New Roman" w:hAnsi="Times New Roman" w:cs="Times New Roman"/>
                <w:lang w:val="tr-TR"/>
              </w:rPr>
              <w:t xml:space="preserve"> Kesinlikle Katılıyorum    </w:t>
            </w:r>
            <w:r w:rsidRPr="00F64CAD">
              <w:rPr>
                <w:rFonts w:ascii="Times New Roman" w:hAnsi="Times New Roman" w:cs="Times New Roman"/>
                <w:b/>
                <w:sz w:val="20"/>
                <w:szCs w:val="20"/>
                <w:lang w:val="tr-TR"/>
              </w:rPr>
              <w:t xml:space="preserve"> </w:t>
            </w:r>
            <w:sdt>
              <w:sdtPr>
                <w:rPr>
                  <w:rFonts w:ascii="Times New Roman" w:hAnsi="Times New Roman" w:cs="Times New Roman"/>
                  <w:b/>
                  <w:sz w:val="20"/>
                  <w:szCs w:val="20"/>
                  <w:lang w:val="tr-TR"/>
                </w:rPr>
                <w:id w:val="-31633901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F64CAD">
                  <w:rPr>
                    <w:rFonts w:ascii="MS Gothic" w:eastAsia="MS Gothic" w:hAnsi="MS Gothic" w:cs="Times New Roman" w:hint="eastAsia"/>
                    <w:b/>
                    <w:sz w:val="20"/>
                    <w:szCs w:val="20"/>
                    <w:lang w:val="tr-TR"/>
                  </w:rPr>
                  <w:t>☐</w:t>
                </w:r>
              </w:sdtContent>
            </w:sdt>
            <w:r w:rsidRPr="008C25ED">
              <w:rPr>
                <w:rFonts w:ascii="Times New Roman" w:hAnsi="Times New Roman" w:cs="Times New Roman"/>
                <w:lang w:val="tr-TR"/>
              </w:rPr>
              <w:t xml:space="preserve"> </w:t>
            </w:r>
            <w:proofErr w:type="spellStart"/>
            <w:r w:rsidRPr="008C25ED">
              <w:rPr>
                <w:rFonts w:ascii="Times New Roman" w:hAnsi="Times New Roman" w:cs="Times New Roman"/>
                <w:lang w:val="tr-TR"/>
              </w:rPr>
              <w:t>Katılıyorum</w:t>
            </w:r>
            <w:proofErr w:type="spellEnd"/>
            <w:r w:rsidRPr="008C25ED">
              <w:rPr>
                <w:rFonts w:ascii="Times New Roman" w:hAnsi="Times New Roman" w:cs="Times New Roman"/>
                <w:lang w:val="tr-TR"/>
              </w:rPr>
              <w:t xml:space="preserve">    </w:t>
            </w:r>
            <w:sdt>
              <w:sdtPr>
                <w:rPr>
                  <w:rFonts w:ascii="Times New Roman" w:hAnsi="Times New Roman" w:cs="Times New Roman"/>
                  <w:b/>
                  <w:sz w:val="20"/>
                  <w:szCs w:val="20"/>
                  <w:lang w:val="tr-TR"/>
                </w:rPr>
                <w:id w:val="172025452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F64CAD">
                  <w:rPr>
                    <w:rFonts w:ascii="MS Gothic" w:eastAsia="MS Gothic" w:hAnsi="MS Gothic" w:cs="Times New Roman" w:hint="eastAsia"/>
                    <w:b/>
                    <w:sz w:val="20"/>
                    <w:szCs w:val="20"/>
                    <w:lang w:val="tr-TR"/>
                  </w:rPr>
                  <w:t>☐</w:t>
                </w:r>
              </w:sdtContent>
            </w:sdt>
            <w:r w:rsidRPr="008C25ED">
              <w:rPr>
                <w:rFonts w:ascii="Times New Roman" w:hAnsi="Times New Roman" w:cs="Times New Roman"/>
                <w:lang w:val="tr-TR"/>
              </w:rPr>
              <w:t xml:space="preserve"> Kararsızım    </w:t>
            </w:r>
            <w:sdt>
              <w:sdtPr>
                <w:rPr>
                  <w:rFonts w:ascii="Times New Roman" w:hAnsi="Times New Roman" w:cs="Times New Roman"/>
                  <w:b/>
                  <w:sz w:val="20"/>
                  <w:szCs w:val="20"/>
                  <w:lang w:val="tr-TR"/>
                </w:rPr>
                <w:id w:val="-73277220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F64CAD">
                  <w:rPr>
                    <w:rFonts w:ascii="MS Gothic" w:eastAsia="MS Gothic" w:hAnsi="MS Gothic" w:cs="Times New Roman" w:hint="eastAsia"/>
                    <w:b/>
                    <w:sz w:val="20"/>
                    <w:szCs w:val="20"/>
                    <w:lang w:val="tr-TR"/>
                  </w:rPr>
                  <w:t>☐</w:t>
                </w:r>
              </w:sdtContent>
            </w:sdt>
            <w:r w:rsidRPr="008C25ED">
              <w:rPr>
                <w:rFonts w:ascii="Times New Roman" w:hAnsi="Times New Roman" w:cs="Times New Roman"/>
                <w:lang w:val="tr-TR"/>
              </w:rPr>
              <w:t xml:space="preserve"> Katılmıyorum    </w:t>
            </w:r>
            <w:sdt>
              <w:sdtPr>
                <w:rPr>
                  <w:rFonts w:ascii="Times New Roman" w:hAnsi="Times New Roman" w:cs="Times New Roman"/>
                  <w:b/>
                  <w:sz w:val="20"/>
                  <w:szCs w:val="20"/>
                  <w:lang w:val="tr-TR"/>
                </w:rPr>
                <w:id w:val="210382643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F64CAD">
                  <w:rPr>
                    <w:rFonts w:ascii="MS Gothic" w:eastAsia="MS Gothic" w:hAnsi="MS Gothic" w:cs="Times New Roman" w:hint="eastAsia"/>
                    <w:b/>
                    <w:sz w:val="20"/>
                    <w:szCs w:val="20"/>
                    <w:lang w:val="tr-TR"/>
                  </w:rPr>
                  <w:t>☐</w:t>
                </w:r>
              </w:sdtContent>
            </w:sdt>
            <w:r w:rsidRPr="008C25ED">
              <w:rPr>
                <w:rFonts w:ascii="Times New Roman" w:hAnsi="Times New Roman" w:cs="Times New Roman"/>
                <w:lang w:val="tr-TR"/>
              </w:rPr>
              <w:t xml:space="preserve"> Kesinlikle Katılmıyorum</w:t>
            </w:r>
          </w:p>
        </w:tc>
      </w:tr>
      <w:tr w:rsidR="00F64CAD" w:rsidRPr="00F64CAD" w14:paraId="5110F1C3" w14:textId="77777777" w:rsidTr="008C25ED">
        <w:tc>
          <w:tcPr>
            <w:tcW w:w="3794" w:type="dxa"/>
          </w:tcPr>
          <w:p w14:paraId="1B61BC19" w14:textId="77777777" w:rsidR="00F64CAD" w:rsidRPr="008C25ED" w:rsidRDefault="00F64CAD" w:rsidP="00F64CAD">
            <w:pPr>
              <w:rPr>
                <w:rFonts w:ascii="Times New Roman" w:hAnsi="Times New Roman" w:cs="Times New Roman"/>
                <w:b/>
                <w:bCs/>
                <w:lang w:val="tr-TR"/>
              </w:rPr>
            </w:pPr>
            <w:r w:rsidRPr="008C25ED">
              <w:rPr>
                <w:rFonts w:ascii="Times New Roman" w:hAnsi="Times New Roman" w:cs="Times New Roman"/>
                <w:b/>
                <w:bCs/>
                <w:lang w:val="tr-TR"/>
              </w:rPr>
              <w:t>Gelecekte benzer etkinliklere katılmak isterim.</w:t>
            </w:r>
          </w:p>
        </w:tc>
        <w:tc>
          <w:tcPr>
            <w:tcW w:w="10348" w:type="dxa"/>
          </w:tcPr>
          <w:p w14:paraId="0F79DC9B" w14:textId="1246E420" w:rsidR="00F64CAD" w:rsidRPr="008C25ED" w:rsidRDefault="00F64CAD" w:rsidP="00F64CAD">
            <w:pPr>
              <w:rPr>
                <w:rFonts w:ascii="Times New Roman" w:hAnsi="Times New Roman" w:cs="Times New Roman"/>
                <w:lang w:val="tr-TR"/>
              </w:rPr>
            </w:pPr>
            <w:r w:rsidRPr="00F64CAD">
              <w:rPr>
                <w:rFonts w:ascii="Times New Roman" w:hAnsi="Times New Roman" w:cs="Times New Roman"/>
                <w:b/>
                <w:sz w:val="20"/>
                <w:szCs w:val="20"/>
                <w:lang w:val="tr-TR"/>
              </w:rPr>
              <w:t xml:space="preserve"> </w:t>
            </w:r>
            <w:sdt>
              <w:sdtPr>
                <w:rPr>
                  <w:rFonts w:ascii="Times New Roman" w:hAnsi="Times New Roman" w:cs="Times New Roman"/>
                  <w:b/>
                  <w:sz w:val="20"/>
                  <w:szCs w:val="20"/>
                  <w:lang w:val="tr-TR"/>
                </w:rPr>
                <w:id w:val="-199093947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Times New Roman" w:hint="eastAsia"/>
                    <w:b/>
                    <w:sz w:val="20"/>
                    <w:szCs w:val="20"/>
                    <w:lang w:val="tr-TR"/>
                  </w:rPr>
                  <w:t>☐</w:t>
                </w:r>
              </w:sdtContent>
            </w:sdt>
            <w:r w:rsidRPr="008C25ED">
              <w:rPr>
                <w:rFonts w:ascii="Times New Roman" w:hAnsi="Times New Roman" w:cs="Times New Roman"/>
                <w:lang w:val="tr-TR"/>
              </w:rPr>
              <w:t xml:space="preserve"> Kesinlikle Katılıyorum    </w:t>
            </w:r>
            <w:r w:rsidRPr="00F64CAD">
              <w:rPr>
                <w:rFonts w:ascii="Times New Roman" w:hAnsi="Times New Roman" w:cs="Times New Roman"/>
                <w:b/>
                <w:sz w:val="20"/>
                <w:szCs w:val="20"/>
                <w:lang w:val="tr-TR"/>
              </w:rPr>
              <w:t xml:space="preserve"> </w:t>
            </w:r>
            <w:sdt>
              <w:sdtPr>
                <w:rPr>
                  <w:rFonts w:ascii="Times New Roman" w:hAnsi="Times New Roman" w:cs="Times New Roman"/>
                  <w:b/>
                  <w:sz w:val="20"/>
                  <w:szCs w:val="20"/>
                  <w:lang w:val="tr-TR"/>
                </w:rPr>
                <w:id w:val="-121750247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F64CAD">
                  <w:rPr>
                    <w:rFonts w:ascii="MS Gothic" w:eastAsia="MS Gothic" w:hAnsi="MS Gothic" w:cs="Times New Roman" w:hint="eastAsia"/>
                    <w:b/>
                    <w:sz w:val="20"/>
                    <w:szCs w:val="20"/>
                    <w:lang w:val="tr-TR"/>
                  </w:rPr>
                  <w:t>☐</w:t>
                </w:r>
              </w:sdtContent>
            </w:sdt>
            <w:r w:rsidRPr="008C25ED">
              <w:rPr>
                <w:rFonts w:ascii="Times New Roman" w:hAnsi="Times New Roman" w:cs="Times New Roman"/>
                <w:lang w:val="tr-TR"/>
              </w:rPr>
              <w:t xml:space="preserve"> </w:t>
            </w:r>
            <w:proofErr w:type="spellStart"/>
            <w:r w:rsidRPr="008C25ED">
              <w:rPr>
                <w:rFonts w:ascii="Times New Roman" w:hAnsi="Times New Roman" w:cs="Times New Roman"/>
                <w:lang w:val="tr-TR"/>
              </w:rPr>
              <w:t>Katılıyorum</w:t>
            </w:r>
            <w:proofErr w:type="spellEnd"/>
            <w:r w:rsidRPr="008C25ED">
              <w:rPr>
                <w:rFonts w:ascii="Times New Roman" w:hAnsi="Times New Roman" w:cs="Times New Roman"/>
                <w:lang w:val="tr-TR"/>
              </w:rPr>
              <w:t xml:space="preserve">    </w:t>
            </w:r>
            <w:sdt>
              <w:sdtPr>
                <w:rPr>
                  <w:rFonts w:ascii="Times New Roman" w:hAnsi="Times New Roman" w:cs="Times New Roman"/>
                  <w:b/>
                  <w:sz w:val="20"/>
                  <w:szCs w:val="20"/>
                  <w:lang w:val="tr-TR"/>
                </w:rPr>
                <w:id w:val="65041207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F64CAD">
                  <w:rPr>
                    <w:rFonts w:ascii="MS Gothic" w:eastAsia="MS Gothic" w:hAnsi="MS Gothic" w:cs="Times New Roman" w:hint="eastAsia"/>
                    <w:b/>
                    <w:sz w:val="20"/>
                    <w:szCs w:val="20"/>
                    <w:lang w:val="tr-TR"/>
                  </w:rPr>
                  <w:t>☐</w:t>
                </w:r>
              </w:sdtContent>
            </w:sdt>
            <w:r w:rsidRPr="008C25ED">
              <w:rPr>
                <w:rFonts w:ascii="Times New Roman" w:hAnsi="Times New Roman" w:cs="Times New Roman"/>
                <w:lang w:val="tr-TR"/>
              </w:rPr>
              <w:t xml:space="preserve"> Kararsızım    </w:t>
            </w:r>
            <w:sdt>
              <w:sdtPr>
                <w:rPr>
                  <w:rFonts w:ascii="Times New Roman" w:hAnsi="Times New Roman" w:cs="Times New Roman"/>
                  <w:b/>
                  <w:sz w:val="20"/>
                  <w:szCs w:val="20"/>
                  <w:lang w:val="tr-TR"/>
                </w:rPr>
                <w:id w:val="-160164637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F64CAD">
                  <w:rPr>
                    <w:rFonts w:ascii="MS Gothic" w:eastAsia="MS Gothic" w:hAnsi="MS Gothic" w:cs="Times New Roman" w:hint="eastAsia"/>
                    <w:b/>
                    <w:sz w:val="20"/>
                    <w:szCs w:val="20"/>
                    <w:lang w:val="tr-TR"/>
                  </w:rPr>
                  <w:t>☐</w:t>
                </w:r>
              </w:sdtContent>
            </w:sdt>
            <w:r w:rsidRPr="008C25ED">
              <w:rPr>
                <w:rFonts w:ascii="Times New Roman" w:hAnsi="Times New Roman" w:cs="Times New Roman"/>
                <w:lang w:val="tr-TR"/>
              </w:rPr>
              <w:t xml:space="preserve"> Katılmıyorum    </w:t>
            </w:r>
            <w:sdt>
              <w:sdtPr>
                <w:rPr>
                  <w:rFonts w:ascii="Times New Roman" w:hAnsi="Times New Roman" w:cs="Times New Roman"/>
                  <w:b/>
                  <w:sz w:val="20"/>
                  <w:szCs w:val="20"/>
                  <w:lang w:val="tr-TR"/>
                </w:rPr>
                <w:id w:val="517358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F64CAD">
                  <w:rPr>
                    <w:rFonts w:ascii="MS Gothic" w:eastAsia="MS Gothic" w:hAnsi="MS Gothic" w:cs="Times New Roman" w:hint="eastAsia"/>
                    <w:b/>
                    <w:sz w:val="20"/>
                    <w:szCs w:val="20"/>
                    <w:lang w:val="tr-TR"/>
                  </w:rPr>
                  <w:t>☐</w:t>
                </w:r>
              </w:sdtContent>
            </w:sdt>
            <w:r w:rsidRPr="008C25ED">
              <w:rPr>
                <w:rFonts w:ascii="Times New Roman" w:hAnsi="Times New Roman" w:cs="Times New Roman"/>
                <w:lang w:val="tr-TR"/>
              </w:rPr>
              <w:t xml:space="preserve"> Kesinlikle Katılmıyorum</w:t>
            </w:r>
          </w:p>
        </w:tc>
      </w:tr>
    </w:tbl>
    <w:p w14:paraId="2ED44DB4" w14:textId="50B70D00" w:rsidR="00D90B27" w:rsidRDefault="00F129D3">
      <w:pPr>
        <w:rPr>
          <w:rFonts w:ascii="Times New Roman" w:hAnsi="Times New Roman" w:cs="Times New Roman"/>
          <w:b/>
          <w:bCs/>
          <w:lang w:val="tr-TR"/>
        </w:rPr>
      </w:pPr>
      <w:r w:rsidRPr="008C25ED">
        <w:rPr>
          <w:rFonts w:ascii="Times New Roman" w:hAnsi="Times New Roman" w:cs="Times New Roman"/>
          <w:b/>
          <w:bCs/>
          <w:lang w:val="tr-TR"/>
        </w:rPr>
        <w:t>11. Etkinlikte sizi en çok memnun eden şey ne oldu?</w:t>
      </w:r>
    </w:p>
    <w:p w14:paraId="197A86B4" w14:textId="77777777" w:rsidR="00F129D3" w:rsidRPr="008C25ED" w:rsidRDefault="00F129D3">
      <w:pPr>
        <w:rPr>
          <w:rFonts w:ascii="Times New Roman" w:hAnsi="Times New Roman" w:cs="Times New Roman"/>
          <w:b/>
          <w:bCs/>
          <w:lang w:val="tr-TR"/>
        </w:rPr>
      </w:pPr>
    </w:p>
    <w:p w14:paraId="72C8CE4C" w14:textId="0C8E68BB" w:rsidR="00D90B27" w:rsidRDefault="00F129D3">
      <w:pPr>
        <w:rPr>
          <w:rFonts w:ascii="Times New Roman" w:hAnsi="Times New Roman" w:cs="Times New Roman"/>
          <w:b/>
          <w:bCs/>
          <w:lang w:val="tr-TR"/>
        </w:rPr>
      </w:pPr>
      <w:r w:rsidRPr="008C25ED">
        <w:rPr>
          <w:rFonts w:ascii="Times New Roman" w:hAnsi="Times New Roman" w:cs="Times New Roman"/>
          <w:b/>
          <w:bCs/>
          <w:lang w:val="tr-TR"/>
        </w:rPr>
        <w:t>12. Etkinliğin geliştirilmesi için önerileriniz nelerdir?</w:t>
      </w:r>
    </w:p>
    <w:p w14:paraId="4E549065" w14:textId="77777777" w:rsidR="00F129D3" w:rsidRDefault="00F129D3">
      <w:pPr>
        <w:rPr>
          <w:rFonts w:ascii="Times New Roman" w:hAnsi="Times New Roman" w:cs="Times New Roman"/>
          <w:b/>
          <w:bCs/>
          <w:lang w:val="tr-TR"/>
        </w:rPr>
      </w:pPr>
    </w:p>
    <w:p w14:paraId="07DD58BF" w14:textId="446779C3" w:rsidR="008C25ED" w:rsidRDefault="00F129D3">
      <w:pPr>
        <w:rPr>
          <w:rFonts w:ascii="Times New Roman" w:hAnsi="Times New Roman" w:cs="Times New Roman"/>
          <w:b/>
          <w:bCs/>
          <w:lang w:val="tr-TR"/>
        </w:rPr>
      </w:pPr>
      <w:r>
        <w:rPr>
          <w:rFonts w:ascii="Times New Roman" w:hAnsi="Times New Roman" w:cs="Times New Roman"/>
          <w:b/>
          <w:bCs/>
          <w:lang w:val="tr-TR"/>
        </w:rPr>
        <w:t>13. Sıradaki etkinlik konusu için önerileriniz nelerdir?</w:t>
      </w:r>
    </w:p>
    <w:sectPr w:rsidR="008C25ED" w:rsidSect="008C25ED">
      <w:pgSz w:w="15840" w:h="12240" w:orient="landscape"/>
      <w:pgMar w:top="1800" w:right="1440" w:bottom="180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309020205020404"/>
    <w:charset w:val="00"/>
    <w:family w:val="auto"/>
    <w:notTrueType/>
    <w:pitch w:val="variable"/>
    <w:sig w:usb0="00000003" w:usb1="00000000" w:usb2="000000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eNumara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eNumara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eMaddemi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eMaddemi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eNumara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eMaddemi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433E18"/>
    <w:rsid w:val="005F7EB8"/>
    <w:rsid w:val="00656FE9"/>
    <w:rsid w:val="008C25ED"/>
    <w:rsid w:val="00AA1D8D"/>
    <w:rsid w:val="00B47730"/>
    <w:rsid w:val="00B85569"/>
    <w:rsid w:val="00CB0664"/>
    <w:rsid w:val="00D90B27"/>
    <w:rsid w:val="00EC4C50"/>
    <w:rsid w:val="00F129D3"/>
    <w:rsid w:val="00F64CAD"/>
    <w:rsid w:val="00F72748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BCD6638"/>
  <w14:defaultImageDpi w14:val="300"/>
  <w15:docId w15:val="{983C3DA5-567F-4F51-820E-486D043912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C693F"/>
  </w:style>
  <w:style w:type="paragraph" w:styleId="Balk1">
    <w:name w:val="heading 1"/>
    <w:basedOn w:val="Normal"/>
    <w:next w:val="Normal"/>
    <w:link w:val="Balk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alk2">
    <w:name w:val="heading 2"/>
    <w:basedOn w:val="Normal"/>
    <w:next w:val="Normal"/>
    <w:link w:val="Balk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Balk3">
    <w:name w:val="heading 3"/>
    <w:basedOn w:val="Normal"/>
    <w:next w:val="Normal"/>
    <w:link w:val="Balk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E618BF"/>
  </w:style>
  <w:style w:type="paragraph" w:styleId="AltBilgi">
    <w:name w:val="footer"/>
    <w:basedOn w:val="Normal"/>
    <w:link w:val="AltBilgi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E618BF"/>
  </w:style>
  <w:style w:type="paragraph" w:styleId="AralkYok">
    <w:name w:val="No Spacing"/>
    <w:uiPriority w:val="1"/>
    <w:qFormat/>
    <w:rsid w:val="00FC693F"/>
    <w:pPr>
      <w:spacing w:after="0" w:line="240" w:lineRule="auto"/>
    </w:pPr>
  </w:style>
  <w:style w:type="character" w:customStyle="1" w:styleId="Balk1Char">
    <w:name w:val="Başlık 1 Char"/>
    <w:basedOn w:val="VarsaylanParagrafYazTipi"/>
    <w:link w:val="Balk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Balk2Char">
    <w:name w:val="Başlık 2 Char"/>
    <w:basedOn w:val="VarsaylanParagrafYazTipi"/>
    <w:link w:val="Balk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Balk3Char">
    <w:name w:val="Başlık 3 Char"/>
    <w:basedOn w:val="VarsaylanParagrafYazTipi"/>
    <w:link w:val="Balk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KonuBal">
    <w:name w:val="Title"/>
    <w:basedOn w:val="Normal"/>
    <w:next w:val="Normal"/>
    <w:link w:val="KonuBal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KonuBalChar">
    <w:name w:val="Konu Başlığı Char"/>
    <w:basedOn w:val="VarsaylanParagrafYazTipi"/>
    <w:link w:val="KonuBal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ltyaz">
    <w:name w:val="Subtitle"/>
    <w:basedOn w:val="Normal"/>
    <w:next w:val="Normal"/>
    <w:link w:val="Altyaz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ltyazChar">
    <w:name w:val="Altyazı Char"/>
    <w:basedOn w:val="VarsaylanParagrafYazTipi"/>
    <w:link w:val="Altyaz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eParagraf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GvdeMetni">
    <w:name w:val="Body Text"/>
    <w:basedOn w:val="Normal"/>
    <w:link w:val="GvdeMetniChar"/>
    <w:uiPriority w:val="99"/>
    <w:unhideWhenUsed/>
    <w:rsid w:val="00AA1D8D"/>
    <w:pPr>
      <w:spacing w:after="120"/>
    </w:pPr>
  </w:style>
  <w:style w:type="character" w:customStyle="1" w:styleId="GvdeMetniChar">
    <w:name w:val="Gövde Metni Char"/>
    <w:basedOn w:val="VarsaylanParagrafYazTipi"/>
    <w:link w:val="GvdeMetni"/>
    <w:uiPriority w:val="99"/>
    <w:rsid w:val="00AA1D8D"/>
  </w:style>
  <w:style w:type="paragraph" w:styleId="GvdeMetni2">
    <w:name w:val="Body Text 2"/>
    <w:basedOn w:val="Normal"/>
    <w:link w:val="GvdeMetni2Char"/>
    <w:uiPriority w:val="99"/>
    <w:unhideWhenUsed/>
    <w:rsid w:val="00AA1D8D"/>
    <w:pPr>
      <w:spacing w:after="120" w:line="480" w:lineRule="auto"/>
    </w:pPr>
  </w:style>
  <w:style w:type="character" w:customStyle="1" w:styleId="GvdeMetni2Char">
    <w:name w:val="Gövde Metni 2 Char"/>
    <w:basedOn w:val="VarsaylanParagrafYazTipi"/>
    <w:link w:val="GvdeMetni2"/>
    <w:uiPriority w:val="99"/>
    <w:rsid w:val="00AA1D8D"/>
  </w:style>
  <w:style w:type="paragraph" w:styleId="GvdeMetni3">
    <w:name w:val="Body Text 3"/>
    <w:basedOn w:val="Normal"/>
    <w:link w:val="GvdeMetni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GvdeMetni3Char">
    <w:name w:val="Gövde Metni 3 Char"/>
    <w:basedOn w:val="VarsaylanParagrafYazTipi"/>
    <w:link w:val="GvdeMetni3"/>
    <w:uiPriority w:val="99"/>
    <w:rsid w:val="00AA1D8D"/>
    <w:rPr>
      <w:sz w:val="16"/>
      <w:szCs w:val="16"/>
    </w:rPr>
  </w:style>
  <w:style w:type="paragraph" w:styleId="Liste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e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e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eMaddemi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eMaddemi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eMaddemi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eNumara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eNumara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eNumara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eDevam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eDevam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eDevam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kroMetni">
    <w:name w:val="macro"/>
    <w:link w:val="MakroMetni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kroMetniChar">
    <w:name w:val="Makro Metni Char"/>
    <w:basedOn w:val="VarsaylanParagrafYazTipi"/>
    <w:link w:val="MakroMetni"/>
    <w:uiPriority w:val="99"/>
    <w:rsid w:val="0029639D"/>
    <w:rPr>
      <w:rFonts w:ascii="Courier" w:hAnsi="Courier"/>
      <w:sz w:val="20"/>
      <w:szCs w:val="20"/>
    </w:rPr>
  </w:style>
  <w:style w:type="paragraph" w:styleId="Alnt">
    <w:name w:val="Quote"/>
    <w:basedOn w:val="Normal"/>
    <w:next w:val="Normal"/>
    <w:link w:val="AlntChar"/>
    <w:uiPriority w:val="29"/>
    <w:qFormat/>
    <w:rsid w:val="00FC693F"/>
    <w:rPr>
      <w:i/>
      <w:iCs/>
      <w:color w:val="000000" w:themeColor="text1"/>
    </w:rPr>
  </w:style>
  <w:style w:type="character" w:customStyle="1" w:styleId="AlntChar">
    <w:name w:val="Alıntı Char"/>
    <w:basedOn w:val="VarsaylanParagrafYazTipi"/>
    <w:link w:val="Alnt"/>
    <w:uiPriority w:val="29"/>
    <w:rsid w:val="00FC693F"/>
    <w:rPr>
      <w:i/>
      <w:iCs/>
      <w:color w:val="000000" w:themeColor="text1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ResimYazs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Gl">
    <w:name w:val="Strong"/>
    <w:basedOn w:val="VarsaylanParagrafYazTipi"/>
    <w:uiPriority w:val="22"/>
    <w:qFormat/>
    <w:rsid w:val="00FC693F"/>
    <w:rPr>
      <w:b/>
      <w:bCs/>
    </w:rPr>
  </w:style>
  <w:style w:type="character" w:styleId="Vurgu">
    <w:name w:val="Emphasis"/>
    <w:basedOn w:val="VarsaylanParagrafYazTipi"/>
    <w:uiPriority w:val="20"/>
    <w:qFormat/>
    <w:rsid w:val="00FC693F"/>
    <w:rPr>
      <w:i/>
      <w:iCs/>
    </w:rPr>
  </w:style>
  <w:style w:type="paragraph" w:styleId="GlAlnt">
    <w:name w:val="Intense Quote"/>
    <w:basedOn w:val="Normal"/>
    <w:next w:val="Normal"/>
    <w:link w:val="GlAlnt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GlAlntChar">
    <w:name w:val="Güçlü Alıntı Char"/>
    <w:basedOn w:val="VarsaylanParagrafYazTipi"/>
    <w:link w:val="GlAlnt"/>
    <w:uiPriority w:val="30"/>
    <w:rsid w:val="00FC693F"/>
    <w:rPr>
      <w:b/>
      <w:bCs/>
      <w:i/>
      <w:iCs/>
      <w:color w:val="4F81BD" w:themeColor="accent1"/>
    </w:rPr>
  </w:style>
  <w:style w:type="character" w:styleId="HafifVurgulama">
    <w:name w:val="Subtle Emphasis"/>
    <w:basedOn w:val="VarsaylanParagrafYazTipi"/>
    <w:uiPriority w:val="19"/>
    <w:qFormat/>
    <w:rsid w:val="00FC693F"/>
    <w:rPr>
      <w:i/>
      <w:iCs/>
      <w:color w:val="808080" w:themeColor="text1" w:themeTint="7F"/>
    </w:rPr>
  </w:style>
  <w:style w:type="character" w:styleId="GlVurgulama">
    <w:name w:val="Intense Emphasis"/>
    <w:basedOn w:val="VarsaylanParagrafYazTipi"/>
    <w:uiPriority w:val="21"/>
    <w:qFormat/>
    <w:rsid w:val="00FC693F"/>
    <w:rPr>
      <w:b/>
      <w:bCs/>
      <w:i/>
      <w:iCs/>
      <w:color w:val="4F81BD" w:themeColor="accent1"/>
    </w:rPr>
  </w:style>
  <w:style w:type="character" w:styleId="HafifBavuru">
    <w:name w:val="Subtle Reference"/>
    <w:basedOn w:val="VarsaylanParagrafYazTipi"/>
    <w:uiPriority w:val="31"/>
    <w:qFormat/>
    <w:rsid w:val="00FC693F"/>
    <w:rPr>
      <w:smallCaps/>
      <w:color w:val="C0504D" w:themeColor="accent2"/>
      <w:u w:val="single"/>
    </w:rPr>
  </w:style>
  <w:style w:type="character" w:styleId="GlBavuru">
    <w:name w:val="Intense Reference"/>
    <w:basedOn w:val="VarsaylanParagrafYazTipi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KitapBal">
    <w:name w:val="Book Title"/>
    <w:basedOn w:val="VarsaylanParagrafYazTipi"/>
    <w:uiPriority w:val="33"/>
    <w:qFormat/>
    <w:rsid w:val="00FC693F"/>
    <w:rPr>
      <w:b/>
      <w:bCs/>
      <w:smallCaps/>
      <w:spacing w:val="5"/>
    </w:rPr>
  </w:style>
  <w:style w:type="paragraph" w:styleId="TBal">
    <w:name w:val="TOC Heading"/>
    <w:basedOn w:val="Balk1"/>
    <w:next w:val="Normal"/>
    <w:uiPriority w:val="39"/>
    <w:semiHidden/>
    <w:unhideWhenUsed/>
    <w:qFormat/>
    <w:rsid w:val="00FC693F"/>
    <w:pPr>
      <w:outlineLvl w:val="9"/>
    </w:pPr>
  </w:style>
  <w:style w:type="table" w:styleId="TabloKlavuzu">
    <w:name w:val="Table Grid"/>
    <w:basedOn w:val="NormalTablo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kGlgeleme">
    <w:name w:val="Light Shading"/>
    <w:basedOn w:val="NormalTablo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AkGlgeleme-Vurgu1">
    <w:name w:val="Light Shading Accent 1"/>
    <w:basedOn w:val="NormalTablo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AkGlgeleme-Vurgu2">
    <w:name w:val="Light Shading Accent 2"/>
    <w:basedOn w:val="NormalTablo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AkGlgeleme-Vurgu3">
    <w:name w:val="Light Shading Accent 3"/>
    <w:basedOn w:val="NormalTablo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AkGlgeleme-Vurgu4">
    <w:name w:val="Light Shading Accent 4"/>
    <w:basedOn w:val="NormalTablo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AkGlgeleme-Vurgu5">
    <w:name w:val="Light Shading Accent 5"/>
    <w:basedOn w:val="NormalTablo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AkGlgeleme-Vurgu6">
    <w:name w:val="Light Shading Accent 6"/>
    <w:basedOn w:val="NormalTablo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kListe">
    <w:name w:val="Light List"/>
    <w:basedOn w:val="NormalTablo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AkListe-Vurgu1">
    <w:name w:val="Light List Accent 1"/>
    <w:basedOn w:val="NormalTablo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AkListe-Vurgu2">
    <w:name w:val="Light List Accent 2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AkListe-Vurgu3">
    <w:name w:val="Light List Accent 3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AkListe-Vurgu4">
    <w:name w:val="Light List Accent 4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AkListe-Vurgu5">
    <w:name w:val="Light List Accent 5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AkListe-Vurgu6">
    <w:name w:val="Light List Accent 6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kKlavuz">
    <w:name w:val="Light Grid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AkKlavuz-Vurgu1">
    <w:name w:val="Light Grid Accent 1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AkKlavuz-Vurgu2">
    <w:name w:val="Light Grid Accent 2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AkKlavuz-Vurgu3">
    <w:name w:val="Light Grid Accent 3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AkKlavuz-Vurgu4">
    <w:name w:val="Light Grid Accent 4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AkKlavuz-Vurgu5">
    <w:name w:val="Light Grid Accent 5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AkKlavuz-Vurgu6">
    <w:name w:val="Light Grid Accent 6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OrtaGlgeleme1">
    <w:name w:val="Medium Shading 1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1">
    <w:name w:val="Medium Shading 1 Accent 1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2">
    <w:name w:val="Medium Shading 1 Accent 2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3">
    <w:name w:val="Medium Shading 1 Accent 3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4">
    <w:name w:val="Medium Shading 1 Accent 4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5">
    <w:name w:val="Medium Shading 1 Accent 5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6">
    <w:name w:val="Medium Shading 1 Accent 6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2">
    <w:name w:val="Medium Shading 2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1">
    <w:name w:val="Medium Shading 2 Accent 1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2">
    <w:name w:val="Medium Shading 2 Accent 2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3">
    <w:name w:val="Medium Shading 2 Accent 3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4">
    <w:name w:val="Medium Shading 2 Accent 4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5">
    <w:name w:val="Medium Shading 2 Accent 5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6">
    <w:name w:val="Medium Shading 2 Accent 6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Liste1">
    <w:name w:val="Medium List 1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OrtaListe1-Vurgu1">
    <w:name w:val="Medium List 1 Accent 1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OrtaListe1-Vurgu2">
    <w:name w:val="Medium List 1 Accent 2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OrtaListe1-Vurgu3">
    <w:name w:val="Medium List 1 Accent 3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OrtaListe1-Vurgu4">
    <w:name w:val="Medium List 1 Accent 4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OrtaListe1-Vurgu5">
    <w:name w:val="Medium List 1 Accent 5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OrtaListe1-Vurgu6">
    <w:name w:val="Medium List 1 Accent 6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OrtaListe2">
    <w:name w:val="Medium List 2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2-Vurgu1">
    <w:name w:val="Medium List 2 Accent 1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2">
    <w:name w:val="Medium List 2 Accent 2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3">
    <w:name w:val="Medium List 2 Accent 3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4">
    <w:name w:val="Medium List 2 Accent 4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5">
    <w:name w:val="Medium List 2 Accent 5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6">
    <w:name w:val="Medium List 2 Accent 6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Klavuz1">
    <w:name w:val="Medium Grid 1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OrtaKlavuz1-Vurgu1">
    <w:name w:val="Medium Grid 1 Accent 1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OrtaKlavuz1-Vurgu2">
    <w:name w:val="Medium Grid 1 Accent 2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OrtaKlavuz1-Vurgu3">
    <w:name w:val="Medium Grid 1 Accent 3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OrtaKlavuz1-Vurgu4">
    <w:name w:val="Medium Grid 1 Accent 4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OrtaKlavuz1-Vurgu5">
    <w:name w:val="Medium Grid 1 Accent 5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OrtaKlavuz1-Vurgu6">
    <w:name w:val="Medium Grid 1 Accent 6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OrtaKlavuz2">
    <w:name w:val="Medium Grid 2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1">
    <w:name w:val="Medium Grid 2 Accent 1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2">
    <w:name w:val="Medium Grid 2 Accent 2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3">
    <w:name w:val="Medium Grid 2 Accent 3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4">
    <w:name w:val="Medium Grid 2 Accent 4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5">
    <w:name w:val="Medium Grid 2 Accent 5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6">
    <w:name w:val="Medium Grid 2 Accent 6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3">
    <w:name w:val="Medium Grid 3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OrtaKlavuz3-Vurgu1">
    <w:name w:val="Medium Grid 3 Accent 1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OrtaKlavuz3-Vurgu2">
    <w:name w:val="Medium Grid 3 Accent 2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OrtaKlavuz3-Vurgu3">
    <w:name w:val="Medium Grid 3 Accent 3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OrtaKlavuz3-Vurgu4">
    <w:name w:val="Medium Grid 3 Accent 4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OrtaKlavuz3-Vurgu5">
    <w:name w:val="Medium Grid 3 Accent 5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OrtaKlavuz3-Vurgu6">
    <w:name w:val="Medium Grid 3 Accent 6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KoyuListe">
    <w:name w:val="Dark List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KoyuListe-Vurgu1">
    <w:name w:val="Dark List Accent 1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KoyuListe-Vurgu2">
    <w:name w:val="Dark List Accent 2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KoyuListe-Vurgu3">
    <w:name w:val="Dark List Accent 3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KoyuListe-Vurgu4">
    <w:name w:val="Dark List Accent 4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KoyuListe-Vurgu5">
    <w:name w:val="Dark List Accent 5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KoyuListe-Vurgu6">
    <w:name w:val="Dark List Accent 6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RenkliGlgeleme">
    <w:name w:val="Colorful Shading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1">
    <w:name w:val="Colorful Shading Accent 1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2">
    <w:name w:val="Colorful Shading Accent 2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3">
    <w:name w:val="Colorful Shading Accent 3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nkliGlgeleme-Vurgu4">
    <w:name w:val="Colorful Shading Accent 4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5">
    <w:name w:val="Colorful Shading Accent 5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6">
    <w:name w:val="Colorful Shading Accent 6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Liste">
    <w:name w:val="Colorful List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RenkliListe-Vurgu1">
    <w:name w:val="Colorful List Accent 1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RenkliListe-Vurgu2">
    <w:name w:val="Colorful List Accent 2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RenkliListe-Vurgu3">
    <w:name w:val="Colorful List Accent 3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RenkliListe-Vurgu4">
    <w:name w:val="Colorful List Accent 4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RenkliListe-Vurgu5">
    <w:name w:val="Colorful List Accent 5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RenkliListe-Vurgu6">
    <w:name w:val="Colorful List Accent 6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RenkliKlavuz">
    <w:name w:val="Colorful Grid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RenkliKlavuz-Vurgu1">
    <w:name w:val="Colorful Grid Accent 1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RenkliKlavuz-Vurgu2">
    <w:name w:val="Colorful Grid Accent 2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RenkliKlavuz-Vurgu3">
    <w:name w:val="Colorful Grid Accent 3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nkliKlavuz-Vurgu4">
    <w:name w:val="Colorful Grid Accent 4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RenkliKlavuz-Vurgu5">
    <w:name w:val="Colorful Grid Accent 5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RenkliKlavuz-Vurgu6">
    <w:name w:val="Colorful Grid Accent 6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85351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996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0A1B1204-3636-49E5-9892-ADA7FED754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296</Words>
  <Characters>1692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1985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NEVU</cp:lastModifiedBy>
  <cp:revision>9</cp:revision>
  <dcterms:created xsi:type="dcterms:W3CDTF">2025-04-28T12:23:00Z</dcterms:created>
  <dcterms:modified xsi:type="dcterms:W3CDTF">2025-04-28T17:50:00Z</dcterms:modified>
  <cp:category/>
</cp:coreProperties>
</file>