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/>
        <w:spacing w:line="360" w:lineRule="auto" w:before="0" w:after="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Zeki Soyak Sempozyumu Tam Metin Bildiri Şablonu</w:t>
      </w:r>
    </w:p>
    <w:p>
      <w:pPr>
        <w:keepNext w:val="0"/>
        <w:widowControl/>
        <w:spacing w:line="360" w:lineRule="auto" w:before="0" w:after="0"/>
        <w:jc w:val="center"/>
      </w:pPr>
      <w:r>
        <w:rPr>
          <w:rFonts w:ascii="Times New Roman" w:hAnsi="Times New Roman" w:eastAsia="Times New Roman" w:cs="Times New Roman"/>
          <w:b w:val="0"/>
          <w:i/>
          <w:color w:val="000000"/>
          <w:sz w:val="24"/>
        </w:rPr>
        <w:t>Kabul edilen bildiriler için örnek metin düzeni</w:t>
      </w:r>
    </w:p>
    <w:p>
      <w:pPr>
        <w:keepNext w:val="0"/>
        <w:widowControl/>
        <w:spacing w:line="360" w:lineRule="auto" w:before="0" w:after="0"/>
        <w:ind w:firstLine="709"/>
        <w:jc w:val="both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4"/>
        </w:rPr>
        <w:t>Bu şablon, kabul edilen bildirilerin ortak bir biçimde hazırlanmasını kolaylaştırmak amacıyla düzenlenmiştir. İkinci sayfadan itibaren yer alan örnek yapı üzerinde çalışınız.</w:t>
      </w:r>
    </w:p>
    <w:p>
      <w:pPr>
        <w:keepNext w:val="0"/>
        <w:widowControl/>
        <w:spacing w:line="360" w:lineRule="auto" w:before="0" w:after="0"/>
        <w:jc w:val="both"/>
      </w:pPr>
      <w:r>
        <w:rPr>
          <w:rFonts w:ascii="Times New Roman" w:hAnsi="Times New Roman" w:eastAsia="Times New Roman" w:cs="Times New Roman"/>
          <w:b/>
          <w:i w:val="0"/>
          <w:color w:val="000000"/>
          <w:sz w:val="24"/>
        </w:rPr>
        <w:t>Tam metin dosyanızı göndermeden önce bu yönerge sayfasını ve gri açıklama metinlerini siliniz.</w:t>
      </w:r>
    </w:p>
    <w:p>
      <w:pPr>
        <w:pStyle w:val="Heading1"/>
        <w:keepNext/>
        <w:widowControl/>
        <w:spacing w:line="360" w:lineRule="auto" w:before="24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Belge Kuralları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835"/>
        <w:gridCol w:w="6406"/>
      </w:tblGrid>
      <w:tr>
        <w:trPr>
          <w:tblHeader w:val="true"/>
        </w:trPr>
        <w:tc>
          <w:tcPr>
            <w:tcW w:type="dxa" w:w="4703"/>
            <w:shd w:fill="E7E6E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>Öğe</w:t>
            </w:r>
          </w:p>
        </w:tc>
        <w:tc>
          <w:tcPr>
            <w:tcW w:type="dxa" w:w="4703"/>
            <w:shd w:fill="E7E6E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>Uygulanacak biçim</w:t>
            </w:r>
          </w:p>
        </w:tc>
      </w:tr>
      <w:tr>
        <w:tc>
          <w:tcPr>
            <w:tcW w:type="dxa" w:w="283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>Dosya biçimi</w:t>
            </w:r>
          </w:p>
        </w:tc>
        <w:tc>
          <w:tcPr>
            <w:tcW w:type="dxa" w:w="640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  <w:t>Microsoft Word (.docx)</w:t>
            </w:r>
          </w:p>
        </w:tc>
      </w:tr>
      <w:tr>
        <w:tc>
          <w:tcPr>
            <w:tcW w:type="dxa" w:w="2835"/>
            <w:shd w:fill="F7F7F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>Yazı tipi</w:t>
            </w:r>
          </w:p>
        </w:tc>
        <w:tc>
          <w:tcPr>
            <w:tcW w:type="dxa" w:w="6406"/>
            <w:shd w:fill="F7F7F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  <w:t>Times New Roman</w:t>
            </w:r>
          </w:p>
        </w:tc>
      </w:tr>
      <w:tr>
        <w:tc>
          <w:tcPr>
            <w:tcW w:type="dxa" w:w="283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>Yazı boyutu</w:t>
            </w:r>
          </w:p>
        </w:tc>
        <w:tc>
          <w:tcPr>
            <w:tcW w:type="dxa" w:w="640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  <w:t>12 punto</w:t>
            </w:r>
          </w:p>
        </w:tc>
      </w:tr>
      <w:tr>
        <w:tc>
          <w:tcPr>
            <w:tcW w:type="dxa" w:w="2835"/>
            <w:shd w:fill="F7F7F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>Satır aralığı</w:t>
            </w:r>
          </w:p>
        </w:tc>
        <w:tc>
          <w:tcPr>
            <w:tcW w:type="dxa" w:w="6406"/>
            <w:shd w:fill="F7F7F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  <w:t>1,5</w:t>
            </w:r>
          </w:p>
        </w:tc>
      </w:tr>
      <w:tr>
        <w:tc>
          <w:tcPr>
            <w:tcW w:type="dxa" w:w="283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>Kenar boşlukları</w:t>
            </w:r>
          </w:p>
        </w:tc>
        <w:tc>
          <w:tcPr>
            <w:tcW w:type="dxa" w:w="640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  <w:t>Her yönden 2,5 cm</w:t>
            </w:r>
          </w:p>
        </w:tc>
      </w:tr>
      <w:tr>
        <w:tc>
          <w:tcPr>
            <w:tcW w:type="dxa" w:w="2835"/>
            <w:shd w:fill="F7F7F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>Kaynak gösterimi</w:t>
            </w:r>
          </w:p>
        </w:tc>
        <w:tc>
          <w:tcPr>
            <w:tcW w:type="dxa" w:w="6406"/>
            <w:shd w:fill="F7F7F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widowControl/>
              <w:spacing w:line="36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  <w:t>Dipnotlu sistem veya APA 7</w:t>
            </w:r>
          </w:p>
        </w:tc>
      </w:tr>
    </w:tbl>
    <w:p>
      <w:pPr>
        <w:pStyle w:val="Heading1"/>
        <w:keepNext/>
        <w:widowControl/>
        <w:spacing w:line="360" w:lineRule="auto" w:before="24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Kaynak Gösterimi</w:t>
      </w:r>
    </w:p>
    <w:p>
      <w:pPr>
        <w:keepNext w:val="0"/>
        <w:widowControl/>
        <w:spacing w:line="360" w:lineRule="auto" w:before="0" w:after="0"/>
        <w:ind w:firstLine="709"/>
        <w:jc w:val="both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4"/>
        </w:rPr>
        <w:t>Dipnotlu sistem veya APA 7 yöntemlerinden biri seçilmeli ve metnin tamamında tutarlı biçimde uygulanmalıdır. İki sistem aynı bildiri içinde birlikte kullanılmamalıdır.</w:t>
      </w:r>
    </w:p>
    <w:p>
      <w:pPr>
        <w:keepNext w:val="0"/>
        <w:widowControl/>
        <w:spacing w:line="360" w:lineRule="auto" w:before="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APA 7 örneği: </w:t>
      </w:r>
      <w:r>
        <w:rPr>
          <w:rFonts w:ascii="Times New Roman" w:hAnsi="Times New Roman" w:eastAsia="Times New Roman" w:cs="Times New Roman"/>
          <w:color w:val="000000"/>
          <w:sz w:val="24"/>
        </w:rPr>
        <w:t>Metin içi atıf: (Soyadı, Yıl, s. xx). Kaynakça: Soyadı, A. A. (Yıl). Eser adı. Yayınevi.</w:t>
      </w:r>
    </w:p>
    <w:p>
      <w:pPr>
        <w:keepNext w:val="0"/>
        <w:widowControl/>
        <w:spacing w:line="360" w:lineRule="auto" w:before="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Dipnotlu sistem örneği: </w:t>
      </w:r>
      <w:r>
        <w:rPr>
          <w:rFonts w:ascii="Times New Roman" w:hAnsi="Times New Roman" w:eastAsia="Times New Roman" w:cs="Times New Roman"/>
          <w:color w:val="000000"/>
          <w:sz w:val="24"/>
        </w:rPr>
        <w:t>Ad SOYADI, Eser Adı (Şehir: Yayınevi, Yıl), s. xx.</w:t>
      </w:r>
    </w:p>
    <w:p>
      <w:pPr>
        <w:pStyle w:val="Heading1"/>
        <w:keepNext/>
        <w:widowControl/>
        <w:spacing w:line="360" w:lineRule="auto" w:before="24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Son Kontrol</w:t>
      </w:r>
    </w:p>
    <w:p>
      <w:pPr>
        <w:pStyle w:val="ListBullet"/>
        <w:keepNext w:val="0"/>
        <w:widowControl/>
        <w:spacing w:line="360" w:lineRule="auto" w:before="0" w:after="0"/>
        <w:ind w:left="369" w:hanging="170"/>
      </w:pPr>
      <w:r>
        <w:rPr>
          <w:rFonts w:ascii="Times New Roman" w:hAnsi="Times New Roman" w:eastAsia="Times New Roman" w:cs="Times New Roman"/>
          <w:color w:val="000000"/>
          <w:sz w:val="24"/>
        </w:rPr>
        <w:t>Kaynak gösteriminde Bilim Kurulunca belirlenecek ortak yazım esaslarını uygulayınız.</w:t>
      </w:r>
    </w:p>
    <w:p>
      <w:pPr>
        <w:pStyle w:val="ListBullet"/>
        <w:keepNext w:val="0"/>
        <w:widowControl/>
        <w:spacing w:line="360" w:lineRule="auto" w:before="0" w:after="0"/>
        <w:ind w:left="369" w:hanging="170"/>
      </w:pPr>
      <w:r>
        <w:rPr>
          <w:rFonts w:ascii="Times New Roman" w:hAnsi="Times New Roman" w:eastAsia="Times New Roman" w:cs="Times New Roman"/>
          <w:color w:val="000000"/>
          <w:sz w:val="24"/>
        </w:rPr>
        <w:t>Metni yazım ve dil bilgisi kurallarına uygun biçimde gözden geçiriniz.</w:t>
      </w:r>
    </w:p>
    <w:p>
      <w:pPr>
        <w:pStyle w:val="ListBullet"/>
        <w:keepNext w:val="0"/>
        <w:widowControl/>
        <w:spacing w:line="360" w:lineRule="auto" w:before="0" w:after="0"/>
        <w:ind w:left="369" w:hanging="170"/>
      </w:pPr>
      <w:r>
        <w:rPr>
          <w:rFonts w:ascii="Times New Roman" w:hAnsi="Times New Roman" w:eastAsia="Times New Roman" w:cs="Times New Roman"/>
          <w:color w:val="000000"/>
          <w:sz w:val="24"/>
        </w:rPr>
        <w:t>Bilimsel etik kurallarına aykırı çalışmaların değerlendirmeye alınmayacağını dikkate alınız.</w:t>
      </w:r>
    </w:p>
    <w:p>
      <w:pPr>
        <w:pStyle w:val="ListBullet"/>
        <w:keepNext w:val="0"/>
        <w:widowControl/>
        <w:spacing w:line="360" w:lineRule="auto" w:before="0" w:after="0"/>
        <w:ind w:left="369" w:hanging="170"/>
      </w:pPr>
      <w:r>
        <w:rPr>
          <w:rFonts w:ascii="Times New Roman" w:hAnsi="Times New Roman" w:eastAsia="Times New Roman" w:cs="Times New Roman"/>
          <w:color w:val="000000"/>
          <w:sz w:val="24"/>
        </w:rPr>
        <w:t>Ayrıntılı yazım şablonu yayımlandığında güncel kuralları yeniden kontrol ediniz.</w:t>
      </w:r>
      <w:r>
        <w:rPr>
          <w:rFonts w:ascii="Times New Roman" w:hAnsi="Times New Roman" w:eastAsia="Times New Roman" w:cs="Times New Roman"/>
          <w:color w:val="000000"/>
          <w:sz w:val="24"/>
        </w:rPr>
        <w:br w:type="page"/>
      </w:r>
    </w:p>
    <w:p>
      <w:pPr>
        <w:keepNext w:val="0"/>
        <w:widowControl/>
        <w:spacing w:line="360" w:lineRule="auto" w:before="0" w:after="0"/>
        <w:jc w:val="center"/>
      </w:pPr>
      <w:r>
        <w:rPr>
          <w:rFonts w:ascii="Times New Roman" w:hAnsi="Times New Roman" w:eastAsia="Times New Roman" w:cs="Times New Roman"/>
          <w:b/>
          <w:i w:val="0"/>
          <w:color w:val="000000"/>
          <w:sz w:val="24"/>
        </w:rPr>
        <w:t>ZEKİ SOYAK SEMPOZYUMU</w:t>
      </w:r>
    </w:p>
    <w:p>
      <w:pPr>
        <w:keepNext w:val="0"/>
        <w:widowControl/>
        <w:spacing w:line="360" w:lineRule="auto" w:before="0" w:after="0"/>
        <w:jc w:val="center"/>
      </w:pPr>
      <w:sdt>
        <w:sdtPr>
          <w:tag w:val="BILDIRI_BASLIGI"/>
          <w:alias w:val="BILDIRI_BASLIGI"/>
          <w:text/>
        </w:sdtPr>
        <w:sdtContent>
          <w:r>
            <w:rPr>
              <w:rFonts w:ascii="Times New Roman" w:hAnsi="Times New Roman" w:eastAsia="Times New Roman" w:cs="Times New Roman"/>
              <w:b/>
              <w:i w:val="0"/>
              <w:color w:val="000000"/>
              <w:sz w:val="24"/>
            </w:rPr>
            <w:t>[Bildirinin başlığını yazınız]</w:t>
          </w:r>
        </w:sdtContent>
      </w:sdt>
    </w:p>
    <w:p>
      <w:pPr>
        <w:keepNext w:val="0"/>
        <w:widowControl/>
        <w:spacing w:line="360" w:lineRule="auto" w:before="0" w:after="0"/>
        <w:jc w:val="center"/>
      </w:pPr>
      <w:sdt>
        <w:sdtPr>
          <w:tag w:val="YAZARLAR"/>
          <w:alias w:val="YAZARLAR"/>
          <w:text/>
        </w:sdtPr>
        <w:sdtContent>
          <w:r>
            <w:rPr>
              <w:rFonts w:ascii="Times New Roman" w:hAnsi="Times New Roman" w:eastAsia="Times New Roman" w:cs="Times New Roman"/>
              <w:b/>
              <w:i w:val="0"/>
              <w:color w:val="000000"/>
              <w:sz w:val="24"/>
            </w:rPr>
            <w:t>[Ad SOYAD - Birden fazla yazar varsa ekleyiniz]</w:t>
          </w:r>
        </w:sdtContent>
      </w:sdt>
    </w:p>
    <w:p>
      <w:pPr>
        <w:keepNext w:val="0"/>
        <w:widowControl/>
        <w:spacing w:line="360" w:lineRule="auto" w:before="0" w:after="0"/>
        <w:jc w:val="center"/>
      </w:pPr>
      <w:sdt>
        <w:sdtPr>
          <w:tag w:val="KURUM_BILGISI"/>
          <w:alias w:val="KURUM_BILGISI"/>
          <w:text/>
        </w:sdtPr>
        <w:sdtContent>
          <w:r>
            <w:rPr>
              <w:rFonts w:ascii="Times New Roman" w:hAnsi="Times New Roman" w:eastAsia="Times New Roman" w:cs="Times New Roman"/>
              <w:b w:val="0"/>
              <w:i w:val="0"/>
              <w:color w:val="000000"/>
              <w:sz w:val="24"/>
            </w:rPr>
            <w:t>[Akademik unvan, kurum, birim, şehir ve ülke]</w:t>
          </w:r>
        </w:sdtContent>
      </w:sdt>
    </w:p>
    <w:p>
      <w:pPr>
        <w:keepNext w:val="0"/>
        <w:widowControl/>
        <w:spacing w:line="360" w:lineRule="auto" w:before="0" w:after="0"/>
        <w:jc w:val="center"/>
      </w:pPr>
      <w:sdt>
        <w:sdtPr>
          <w:tag w:val="ILETISIM_ORCID"/>
          <w:alias w:val="ILETISIM_ORCID"/>
          <w:text/>
        </w:sdtPr>
        <w:sdtContent>
          <w:r>
            <w:rPr>
              <w:rFonts w:ascii="Times New Roman" w:hAnsi="Times New Roman" w:eastAsia="Times New Roman" w:cs="Times New Roman"/>
              <w:b w:val="0"/>
              <w:i w:val="0"/>
              <w:color w:val="000000"/>
              <w:sz w:val="24"/>
            </w:rPr>
            <w:t>[E-posta adresi ve ORCID bilgileri]</w:t>
          </w:r>
        </w:sdtContent>
      </w:sdt>
    </w:p>
    <w:p>
      <w:pPr>
        <w:pStyle w:val="Heading1"/>
        <w:keepNext/>
        <w:widowControl/>
        <w:spacing w:line="360" w:lineRule="auto" w:before="24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Öz</w:t>
      </w:r>
    </w:p>
    <w:p>
      <w:pPr>
        <w:keepNext w:val="0"/>
        <w:widowControl/>
        <w:spacing w:line="360" w:lineRule="auto" w:before="0" w:after="0"/>
        <w:ind w:firstLine="709"/>
        <w:jc w:val="both"/>
      </w:pPr>
      <w:r>
        <w:rPr>
          <w:rFonts w:ascii="Times New Roman" w:hAnsi="Times New Roman" w:eastAsia="Times New Roman" w:cs="Times New Roman"/>
          <w:b w:val="0"/>
          <w:i/>
          <w:color w:val="666666"/>
          <w:sz w:val="24"/>
        </w:rPr>
        <w:t>[Çalışmanın amacını, yöntemini, kapsamını, temel bulgularını ve ulaşılan sonuçları açıklayan öz metnini yazınız. Bu gri açıklamayı tamamladığınızda siliniz.]</w:t>
      </w:r>
    </w:p>
    <w:p>
      <w:pPr>
        <w:keepNext w:val="0"/>
        <w:widowControl/>
        <w:spacing w:line="360" w:lineRule="auto" w:before="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Anahtar Kelimeler: </w:t>
      </w:r>
      <w:r>
        <w:rPr>
          <w:rFonts w:ascii="Times New Roman" w:hAnsi="Times New Roman" w:eastAsia="Times New Roman" w:cs="Times New Roman"/>
          <w:i/>
          <w:color w:val="666666"/>
          <w:sz w:val="24"/>
        </w:rPr>
        <w:t>[Çalışmayı temsil eden anahtar kelimeleri yazınız.]</w:t>
      </w:r>
    </w:p>
    <w:p>
      <w:pPr>
        <w:pStyle w:val="Heading1"/>
        <w:keepNext/>
        <w:widowControl/>
        <w:spacing w:line="360" w:lineRule="auto" w:before="24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 Giriş</w:t>
      </w:r>
    </w:p>
    <w:p>
      <w:pPr>
        <w:keepNext w:val="0"/>
        <w:widowControl/>
        <w:spacing w:line="360" w:lineRule="auto" w:before="0" w:after="0"/>
        <w:ind w:firstLine="709"/>
        <w:jc w:val="both"/>
      </w:pPr>
      <w:r>
        <w:rPr>
          <w:rFonts w:ascii="Times New Roman" w:hAnsi="Times New Roman" w:eastAsia="Times New Roman" w:cs="Times New Roman"/>
          <w:b w:val="0"/>
          <w:i/>
          <w:color w:val="666666"/>
          <w:sz w:val="24"/>
        </w:rPr>
        <w:t>[Araştırma problemini, çalışmanın amacını, önemini, kapsamını ve ilgili literatürle ilişkisini açıklayınız. Metin iki yana yaslı olmalı ve paragraflar düşünsel bir bütünlük içinde ilerlemelidir.]</w:t>
      </w:r>
    </w:p>
    <w:p>
      <w:pPr>
        <w:keepNext w:val="0"/>
        <w:widowControl/>
        <w:spacing w:line="360" w:lineRule="auto" w:before="0" w:after="0"/>
        <w:ind w:firstLine="709"/>
        <w:jc w:val="both"/>
      </w:pPr>
      <w:r>
        <w:rPr>
          <w:rFonts w:ascii="Times New Roman" w:hAnsi="Times New Roman" w:eastAsia="Times New Roman" w:cs="Times New Roman"/>
          <w:b w:val="0"/>
          <w:i/>
          <w:color w:val="666666"/>
          <w:sz w:val="24"/>
        </w:rPr>
        <w:t>[Yeni paragrafları bu alanın devamına ekleyiniz. Başka bir kaynaktan aktarılan her bilgi için seçtiğiniz sisteme uygun atıf veriniz.]</w:t>
      </w:r>
    </w:p>
    <w:p>
      <w:pPr>
        <w:pStyle w:val="Heading1"/>
        <w:keepNext/>
        <w:widowControl/>
        <w:spacing w:line="360" w:lineRule="auto" w:before="24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 Yöntem</w:t>
      </w:r>
    </w:p>
    <w:p>
      <w:pPr>
        <w:keepNext w:val="0"/>
        <w:widowControl/>
        <w:spacing w:line="360" w:lineRule="auto" w:before="0" w:after="0"/>
        <w:ind w:firstLine="709"/>
        <w:jc w:val="both"/>
      </w:pPr>
      <w:r>
        <w:rPr>
          <w:rFonts w:ascii="Times New Roman" w:hAnsi="Times New Roman" w:eastAsia="Times New Roman" w:cs="Times New Roman"/>
          <w:b w:val="0"/>
          <w:i/>
          <w:color w:val="666666"/>
          <w:sz w:val="24"/>
        </w:rPr>
        <w:t>[Araştırmanın yaklaşımını, veri kaynaklarını, inceleme yöntemini, kapsamını ve varsa sınırlılıklarını açıklayınız. Çalışmanın niteliğine göre bu başlığı uyarlayabilirsiniz.]</w:t>
      </w:r>
    </w:p>
    <w:p>
      <w:pPr>
        <w:pStyle w:val="Heading1"/>
        <w:keepNext/>
        <w:widowControl/>
        <w:spacing w:line="360" w:lineRule="auto" w:before="24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 Ana Bölüm Başlığı</w:t>
      </w:r>
    </w:p>
    <w:p>
      <w:pPr>
        <w:keepNext w:val="0"/>
        <w:widowControl/>
        <w:spacing w:line="360" w:lineRule="auto" w:before="0" w:after="0"/>
        <w:ind w:firstLine="709"/>
        <w:jc w:val="both"/>
      </w:pPr>
      <w:r>
        <w:rPr>
          <w:rFonts w:ascii="Times New Roman" w:hAnsi="Times New Roman" w:eastAsia="Times New Roman" w:cs="Times New Roman"/>
          <w:b w:val="0"/>
          <w:i/>
          <w:color w:val="666666"/>
          <w:sz w:val="24"/>
        </w:rPr>
        <w:t>[Bu başlığı çalışmanızın konusuna göre değiştiriniz. Bulgularınızı, çözümlemelerinizi ve tartışmanızı açık bir argüman düzeni içinde sununuz.]</w:t>
      </w:r>
    </w:p>
    <w:p>
      <w:pPr>
        <w:pStyle w:val="Heading2"/>
        <w:keepNext/>
        <w:widowControl/>
        <w:spacing w:line="360" w:lineRule="auto" w:before="12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3.1 Alt Başlık</w:t>
      </w:r>
    </w:p>
    <w:p>
      <w:pPr>
        <w:keepNext w:val="0"/>
        <w:widowControl/>
        <w:spacing w:line="360" w:lineRule="auto" w:before="0" w:after="0"/>
        <w:ind w:firstLine="709"/>
        <w:jc w:val="both"/>
      </w:pPr>
      <w:r>
        <w:rPr>
          <w:rFonts w:ascii="Times New Roman" w:hAnsi="Times New Roman" w:eastAsia="Times New Roman" w:cs="Times New Roman"/>
          <w:b w:val="0"/>
          <w:i/>
          <w:color w:val="666666"/>
          <w:sz w:val="24"/>
        </w:rPr>
        <w:t>[Gerekli olduğunda alt başlık kullanınız. Başlıklandırma ve numaralandırma düzenini metnin tamamında tutarlı biçimde sürdürünüz.]</w:t>
      </w:r>
    </w:p>
    <w:p>
      <w:pPr>
        <w:pStyle w:val="Heading1"/>
        <w:keepNext/>
        <w:widowControl/>
        <w:spacing w:line="360" w:lineRule="auto" w:before="24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4 Sonuç ve Değerlendirme</w:t>
      </w:r>
    </w:p>
    <w:p>
      <w:pPr>
        <w:keepNext w:val="0"/>
        <w:widowControl/>
        <w:spacing w:line="360" w:lineRule="auto" w:before="0" w:after="0"/>
        <w:ind w:firstLine="709"/>
        <w:jc w:val="both"/>
      </w:pPr>
      <w:r>
        <w:rPr>
          <w:rFonts w:ascii="Times New Roman" w:hAnsi="Times New Roman" w:eastAsia="Times New Roman" w:cs="Times New Roman"/>
          <w:b w:val="0"/>
          <w:i/>
          <w:color w:val="666666"/>
          <w:sz w:val="24"/>
        </w:rPr>
        <w:t>[Araştırmanın temel sonucunu, çalışmanın katkısını ve ulaşılan çıkarımları ortaya koyunuz. Bu bölüm önceki kısımları yeniden sıralamakla yetinmemeli; tartışmanın ulaştığı kavramsal sonucu görünür kılmalıdır.]</w:t>
      </w:r>
    </w:p>
    <w:p>
      <w:pPr>
        <w:pStyle w:val="Heading1"/>
        <w:keepNext/>
        <w:widowControl/>
        <w:spacing w:line="360" w:lineRule="auto" w:before="24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Kaynakça</w:t>
      </w:r>
    </w:p>
    <w:p>
      <w:pPr>
        <w:keepNext w:val="0"/>
        <w:widowControl/>
        <w:spacing w:line="360" w:lineRule="auto" w:before="0" w:after="0"/>
        <w:jc w:val="both"/>
      </w:pPr>
      <w:r>
        <w:rPr>
          <w:rFonts w:ascii="Times New Roman" w:hAnsi="Times New Roman" w:eastAsia="Times New Roman" w:cs="Times New Roman"/>
          <w:b w:val="0"/>
          <w:i/>
          <w:color w:val="666666"/>
          <w:sz w:val="24"/>
        </w:rPr>
        <w:t>[Yalnızca metinde atıf verilen kaynakları seçtiğiniz kaynak gösterim sistemine uygun ve tutarlı biçimde sıralayınız. Aşağıdaki biçim örneklerinden kullanmadığınızı siliniz.]</w:t>
      </w:r>
    </w:p>
    <w:p>
      <w:pPr>
        <w:keepNext w:val="0"/>
        <w:widowControl/>
        <w:spacing w:line="360" w:lineRule="auto" w:before="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APA 7 biçim örneği: </w:t>
      </w:r>
      <w:r>
        <w:rPr>
          <w:rFonts w:ascii="Times New Roman" w:hAnsi="Times New Roman" w:eastAsia="Times New Roman" w:cs="Times New Roman"/>
          <w:color w:val="000000"/>
          <w:sz w:val="24"/>
        </w:rPr>
        <w:t>Soyadı, A. A. (Yıl). Eser adı. Yayınevi.</w:t>
      </w:r>
    </w:p>
    <w:p>
      <w:pPr>
        <w:keepNext w:val="0"/>
        <w:widowControl/>
        <w:spacing w:line="360" w:lineRule="auto" w:before="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Dipnotlu sistem kaynakça örneği: </w:t>
      </w:r>
      <w:r>
        <w:rPr>
          <w:rFonts w:ascii="Times New Roman" w:hAnsi="Times New Roman" w:eastAsia="Times New Roman" w:cs="Times New Roman"/>
          <w:color w:val="000000"/>
          <w:sz w:val="24"/>
        </w:rPr>
        <w:t>SOYADI, Ad. Eser Adı. Şehir: Yayınevi, Yıl.</w:t>
      </w:r>
    </w:p>
    <w:p>
      <w:pPr>
        <w:pStyle w:val="Heading1"/>
        <w:keepNext/>
        <w:widowControl/>
        <w:spacing w:line="360" w:lineRule="auto" w:before="240" w:after="0"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Etik Beyan</w:t>
      </w:r>
    </w:p>
    <w:p>
      <w:pPr>
        <w:keepNext w:val="0"/>
        <w:widowControl/>
        <w:spacing w:line="360" w:lineRule="auto" w:before="0" w:after="0"/>
        <w:ind w:firstLine="709"/>
        <w:jc w:val="both"/>
      </w:pPr>
      <w:r>
        <w:rPr>
          <w:rFonts w:ascii="Times New Roman" w:hAnsi="Times New Roman" w:eastAsia="Times New Roman" w:cs="Times New Roman"/>
          <w:b w:val="0"/>
          <w:i/>
          <w:color w:val="666666"/>
          <w:sz w:val="24"/>
        </w:rPr>
        <w:t>[Çalışmanız için gerekli etik izinleri ve bilimsel etik ilkelerine uygunluk beyanını yazınız. Çalışmanızın niteliğine göre bu bölümün gerekliliğini değerlendiriniz.]</w:t>
      </w:r>
    </w:p>
    <w:sectPr w:rsidR="00FC693F" w:rsidRPr="0006063C" w:rsidSect="00034616">
      <w:pgSz w:w="12240" w:h="15840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60" w:lineRule="auto" w:before="0" w:after="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360" w:lineRule="auto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360" w:lineRule="auto"/>
      <w:outlineLvl w:val="1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/>
      <w:contextualSpacing/>
    </w:pPr>
    <w:rPr>
      <w:rFonts w:asciiTheme="majorHAnsi" w:eastAsiaTheme="majorEastAsia" w:hAnsiTheme="majorHAnsi" w:cstheme="majorBidi"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60" w:lineRule="auto" w:before="0" w:after="0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60" w:lineRule="auto" w:before="0" w:after="0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Zeki Soyak Sempozyumu Tam Metin Bildiri Şablonu</dc:title>
  <dc:subject>Kabul edilen bildiriler için örnek tam metin düzeni</dc:subject>
  <dc:creator>Zeki Soyak Sempozyumu Düzenleme Kurulu</dc:creator>
  <cp:keywords>Zeki Soyak Sempozyumu, tam metin, bildiri şablonu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